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495057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495057"/>
          <w:sz w:val="44"/>
          <w:u w:val="none"/>
          <w:rtl/>
          <w:bCs/>
          <w:szCs w:val="44"/>
        </w:rPr>
        <w:t>📋 דף מעקב – שיעור פרטני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טופס לשיעור בודד, טבלת רצף מפגשים ודף שיקוף לתלמיד/ה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לצוות החינוכי · כל הכיתות</w:t>
            </w:r>
          </w:p>
        </w:tc>
      </w:tr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כלי למורה</w:t>
            </w:r>
          </w:p>
        </w:tc>
      </w:tr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טופס 1 – שיעור בודד (למורה) | טופס 2 – רצף מפגשים (למורה) | טופס 3 – שיקוף לתלמיד/ה (לתלמיד/ה · עם ניקוד)</w:t>
            </w:r>
          </w:p>
        </w:tc>
      </w:tr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תיעוד מסודר של שיעורים פרטניים • מעקב אחר השגת מטרות לאורך זמן • שיתוף התלמיד/ה בשיקוף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495057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לפני השיעור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ממלאים מטרה ותחום.</w:t>
            </w:r>
          </w:p>
        </w:tc>
      </w:tr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אחרי השיעור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2–3 דקות: הצלחות, קשיים, דירוג ויעד להמשך.</w:t>
            </w:r>
          </w:p>
        </w:tc>
      </w:tr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אחת לחודש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מעבירים את הנתונים לטבלת הרצף וכותבים סיכום התקדמות.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495057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495057"/>
          <w:sz w:val="26"/>
          <w:u w:val="none"/>
          <w:rtl/>
          <w:bCs/>
          <w:szCs w:val="26"/>
        </w:rPr>
        <w:t>טופס 3 – שיקוף לתלמיד/ה · לתלמיד/ה · עם ניקוד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495057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קובץ ה־Word ניתן לעריכה ולמילוי במחשב.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דף השיקוף לתלמיד/ה מנוקד – מתאים גם לעולים ולחנ״מ.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שמרו על פרטיות: הטפסים מכילים מידע אישי – יש לשמור אותם במקום מאובטח.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טופס 1 – שיעור בודד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48"/>
          <w:u w:val="none"/>
          <w:rtl/>
          <w:bCs/>
          <w:szCs w:val="48"/>
        </w:rPr>
        <w:t>📋 מעקב שיעור פרטני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טופס למפגש אחד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למורה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התלמיד/ה</w:t>
            </w:r>
          </w:p>
        </w:tc>
        <w:tc>
          <w:tcPr>
            <w:tcW w:type="dxa" w:w="2551"/>
            <w:shd w:val="clear" w:color="auto" w:fill="eef1f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255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כיתה</w:t>
            </w:r>
          </w:p>
        </w:tc>
        <w:tc>
          <w:tcPr>
            <w:tcW w:type="dxa" w:w="2551"/>
            <w:shd w:val="clear" w:color="auto" w:fill="eef1f4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תאריך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מס׳ מפגש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שדה</w:t>
            </w:r>
          </w:p>
        </w:tc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פירוט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🎯 מטרת השיעור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📚 תחום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☐ הבנת הנקרא ☐ כתיבה ☐ לשון ☐ אוצר מילים ☐ שטף קריאה ☐ רגשי־חברתי ☐ אחר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📝 מה עשינו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✅ הצלחות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🧗 קשיים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מידת השגת המטרה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☐ 2 ☐ 3 ☐ 4 ☐ 5 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מעורבות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 🙂 😐 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מצב רגשי התחלה/סוף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🟢 🟡 🔴 / 🟢 🟡 🔴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➡️ יעד לשיעור הבא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📞 קשר עם הורים / צוות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טופס 2 – רצף מפגשים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48"/>
          <w:u w:val="none"/>
          <w:rtl/>
          <w:bCs/>
          <w:szCs w:val="48"/>
        </w:rPr>
        <w:t>📋 מעקב רצף מפגשים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12 מפגשים בעמוד אחד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למורה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#</w:t>
            </w:r>
          </w:p>
        </w:tc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תאריך</w:t>
            </w:r>
          </w:p>
        </w:tc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נושא / פעילות</w:t>
            </w:r>
          </w:p>
        </w:tc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השגת מטרה (1–5)</w:t>
            </w:r>
          </w:p>
        </w:tc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מעורבות</w:t>
            </w:r>
          </w:p>
        </w:tc>
        <w:tc>
          <w:tcPr>
            <w:tcW w:type="dxa" w:w="1701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הערות והמשך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6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7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8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9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10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11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12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1 2 3 4 5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😀🙂😐😕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📈 סיכום התקדמות</w:t>
            </w:r>
          </w:p>
        </w:tc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🎯 המלצות להמשך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טופס 3 – שיקוף לתלמיד/ה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495057"/>
          <w:sz w:val="48"/>
          <w:u w:val="none"/>
          <w:rtl/>
          <w:bCs/>
          <w:szCs w:val="48"/>
        </w:rPr>
        <w:t>📋 אֵיךְ הָיָה לִי בַּשִּׁעוּר?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דַּף שִׁקּוּף קָצָר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495057"/>
          <w:sz w:val="22"/>
          <w:u w:val="none"/>
          <w:rtl/>
          <w:bCs/>
          <w:szCs w:val="22"/>
        </w:rPr>
        <w:t>לתלמיד/ה · עם ניקוד · עם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שָׁאֲלָה</w:t>
            </w:r>
          </w:p>
        </w:tc>
        <w:tc>
          <w:tcPr>
            <w:tcW w:type="dxa" w:w="5103"/>
            <w:shd w:val="clear" w:color="auto" w:fill="eef1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הַתְּשׁוּבָה שֶׁלִּי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הַיּוֹם לָמַדְתִּי: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הָיָה לִי קַל: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הָיָה לִי קָשֶׁה: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אֵיךְ הִרְגַּשְׁתִּי?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😀 🙂 😐 😕 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כַּמָּה הִתְאַמַּצְתִּי?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⭐ ⭐ ⭐ ⭐ 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בַּפַּעַם הַבָּאָה אֲנִי רוֹצֶה: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מַשֶּׁהוּ שֶׁלְּמַדְתֶּם הַיּוֹם.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