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after="40" w:before="0"/>
        <w:jc w:val="right"/>
      </w:pPr>
      <w:r>
        <w:drawing>
          <wp:inline xmlns:a="http://schemas.openxmlformats.org/drawingml/2006/main" xmlns:pic="http://schemas.openxmlformats.org/drawingml/2006/picture">
            <wp:extent cx="576000" cy="576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-s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6000" cy="576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after="80" w:before="0"/>
        <w:jc w:val="right"/>
      </w:pPr>
      <w:r>
        <w:rPr>
          <w:rFonts w:ascii="Arial" w:hAnsi="Arial" w:cs="Arial"/>
          <w:b/>
          <w:color w:val="C0392B"/>
          <w:sz w:val="24"/>
          <w:u w:val="none"/>
          <w:rtl/>
          <w:bCs/>
          <w:szCs w:val="24"/>
        </w:rPr>
        <w:t>מהדורה למורה</w:t>
      </w:r>
    </w:p>
    <w:p>
      <w:pPr>
        <w:bidi/>
        <w:spacing w:after="40" w:before="0"/>
        <w:jc w:val="right"/>
      </w:pPr>
      <w:r>
        <w:rPr>
          <w:rFonts w:ascii="Arial" w:hAnsi="Arial" w:cs="Arial"/>
          <w:b/>
          <w:color w:val="C0392B"/>
          <w:sz w:val="44"/>
          <w:u w:val="none"/>
          <w:rtl/>
          <w:bCs/>
          <w:szCs w:val="44"/>
        </w:rPr>
        <w:t>🔗 דרכי זיהוי: סמיכות ושם ותוארו</w:t>
      </w:r>
    </w:p>
    <w:p>
      <w:pPr>
        <w:bidi/>
        <w:spacing w:after="120" w:before="0"/>
        <w:jc w:val="right"/>
      </w:pPr>
      <w:r>
        <w:rPr>
          <w:rFonts w:ascii="Arial" w:hAnsi="Arial" w:cs="Arial"/>
          <w:b w:val="0"/>
          <w:color w:val="4B5563"/>
          <w:sz w:val="26"/>
          <w:u w:val="none"/>
          <w:rtl/>
          <w:szCs w:val="26"/>
        </w:rPr>
        <w:t>דף עזר + תרגול: איך מבדילים בין "עוגת שוקולד" ל"עוגה מתוקה"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5103"/>
        <w:gridCol w:w="5103"/>
      </w:tblGrid>
      <w:tr>
        <w:tc>
          <w:tcPr>
            <w:tcW w:type="dxa" w:w="5103"/>
            <w:shd w:val="clear" w:color="auto" w:fill="fdecea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/>
                <w:sz w:val="22"/>
                <w:u w:val="none"/>
                <w:rtl/>
                <w:bCs/>
                <w:szCs w:val="22"/>
              </w:rPr>
              <w:t>כיתות</w:t>
            </w:r>
          </w:p>
        </w:tc>
        <w:tc>
          <w:tcPr>
            <w:tcW w:type="dxa" w:w="5103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כיתות ג׳–ו׳</w:t>
            </w:r>
          </w:p>
        </w:tc>
      </w:tr>
      <w:tr>
        <w:tc>
          <w:tcPr>
            <w:tcW w:type="dxa" w:w="5103"/>
            <w:shd w:val="clear" w:color="auto" w:fill="fdecea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/>
                <w:sz w:val="22"/>
                <w:u w:val="none"/>
                <w:rtl/>
                <w:bCs/>
                <w:szCs w:val="22"/>
              </w:rPr>
              <w:t>סוג</w:t>
            </w:r>
          </w:p>
        </w:tc>
        <w:tc>
          <w:tcPr>
            <w:tcW w:type="dxa" w:w="5103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דף עזר לשון</w:t>
            </w:r>
          </w:p>
        </w:tc>
      </w:tr>
      <w:tr>
        <w:tc>
          <w:tcPr>
            <w:tcW w:type="dxa" w:w="5103"/>
            <w:shd w:val="clear" w:color="auto" w:fill="fdecea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/>
                <w:sz w:val="22"/>
                <w:u w:val="none"/>
                <w:rtl/>
                <w:bCs/>
                <w:szCs w:val="22"/>
              </w:rPr>
              <w:t>רמות בחוברת</w:t>
            </w:r>
          </w:p>
        </w:tc>
        <w:tc>
          <w:tcPr>
            <w:tcW w:type="dxa" w:w="5103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רמה רגילה (כיתה ה׳) | רמה מתקדמת (כיתה ו׳) | רמה מותאמת – עולים וחנ״מ (כיתות ג׳–ד׳ · עולים · חנ״מ)</w:t>
            </w:r>
          </w:p>
        </w:tc>
      </w:tr>
      <w:tr>
        <w:tc>
          <w:tcPr>
            <w:tcW w:type="dxa" w:w="5103"/>
            <w:shd w:val="clear" w:color="auto" w:fill="fdecea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/>
                <w:sz w:val="22"/>
                <w:u w:val="none"/>
                <w:rtl/>
                <w:bCs/>
                <w:szCs w:val="22"/>
              </w:rPr>
              <w:t>מטרות</w:t>
            </w:r>
          </w:p>
        </w:tc>
        <w:tc>
          <w:tcPr>
            <w:tcW w:type="dxa" w:w="5103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הבחנה בין צירוף סמיכות לשם ותוארו • שימוש נכון בה׳ הידיעה ובצורת רבים • זיהוי צורת הנסמך</w:t>
            </w:r>
          </w:p>
        </w:tc>
      </w:tr>
      <w:tr>
        <w:tc>
          <w:tcPr>
            <w:tcW w:type="dxa" w:w="5103"/>
            <w:shd w:val="clear" w:color="auto" w:fill="fdecea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/>
                <w:sz w:val="22"/>
                <w:u w:val="none"/>
                <w:rtl/>
                <w:bCs/>
                <w:szCs w:val="22"/>
              </w:rPr>
              <w:t>מיומנויות</w:t>
            </w:r>
          </w:p>
        </w:tc>
        <w:tc>
          <w:tcPr>
            <w:tcW w:type="dxa" w:w="5103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לשון • מיון • עריכה</w:t>
            </w:r>
          </w:p>
        </w:tc>
      </w:tr>
    </w:tbl>
    <w:p>
      <w:pPr>
        <w:bidi/>
        <w:spacing w:after="60" w:before="0"/>
        <w:jc w:val="right"/>
      </w:pPr>
      <w:r>
        <w:rPr>
          <w:rFonts w:ascii="Arial" w:hAnsi="Arial" w:cs="Arial"/>
          <w:b/>
          <w:color w:val="C0392B"/>
          <w:sz w:val="30"/>
          <w:u w:val="none"/>
          <w:rtl/>
          <w:bCs/>
          <w:szCs w:val="30"/>
        </w:rPr>
        <w:t>מהלך מוצע (45 דקות)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5103"/>
        <w:gridCol w:w="5103"/>
      </w:tblGrid>
      <w:tr>
        <w:tc>
          <w:tcPr>
            <w:tcW w:type="dxa" w:w="5103"/>
            <w:shd w:val="clear" w:color="auto" w:fill="fdecea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/>
                <w:sz w:val="22"/>
                <w:u w:val="none"/>
                <w:rtl/>
                <w:bCs/>
                <w:szCs w:val="22"/>
              </w:rPr>
              <w:t>פתיחה (5 דק׳)</w:t>
            </w:r>
          </w:p>
        </w:tc>
        <w:tc>
          <w:tcPr>
            <w:tcW w:type="dxa" w:w="5103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"עוגת שוקולד" מול "עוגה מתוקה" – מה ההבדל?</w:t>
            </w:r>
          </w:p>
        </w:tc>
      </w:tr>
      <w:tr>
        <w:tc>
          <w:tcPr>
            <w:tcW w:type="dxa" w:w="5103"/>
            <w:shd w:val="clear" w:color="auto" w:fill="fdecea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/>
                <w:sz w:val="22"/>
                <w:u w:val="none"/>
                <w:rtl/>
                <w:bCs/>
                <w:szCs w:val="22"/>
              </w:rPr>
              <w:t>דף הזיהוי (10 דק׳)</w:t>
            </w:r>
          </w:p>
        </w:tc>
        <w:tc>
          <w:tcPr>
            <w:tcW w:type="dxa" w:w="5103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קריאה משותפת והדגמת 5 הבדיקות.</w:t>
            </w:r>
          </w:p>
        </w:tc>
      </w:tr>
      <w:tr>
        <w:tc>
          <w:tcPr>
            <w:tcW w:type="dxa" w:w="5103"/>
            <w:shd w:val="clear" w:color="auto" w:fill="fdecea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/>
                <w:sz w:val="22"/>
                <w:u w:val="none"/>
                <w:rtl/>
                <w:bCs/>
                <w:szCs w:val="22"/>
              </w:rPr>
              <w:t>תרגול (20 דק׳)</w:t>
            </w:r>
          </w:p>
        </w:tc>
        <w:tc>
          <w:tcPr>
            <w:tcW w:type="dxa" w:w="5103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מיון, ה׳ הידיעה, רבים.</w:t>
            </w:r>
          </w:p>
        </w:tc>
      </w:tr>
      <w:tr>
        <w:tc>
          <w:tcPr>
            <w:tcW w:type="dxa" w:w="5103"/>
            <w:shd w:val="clear" w:color="auto" w:fill="fdecea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/>
                <w:sz w:val="22"/>
                <w:u w:val="none"/>
                <w:rtl/>
                <w:bCs/>
                <w:szCs w:val="22"/>
              </w:rPr>
              <w:t>סיום (10 דק׳)</w:t>
            </w:r>
          </w:p>
        </w:tc>
        <w:tc>
          <w:tcPr>
            <w:tcW w:type="dxa" w:w="5103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יצירת צירופים + כרטיס יציאה.</w:t>
            </w:r>
          </w:p>
        </w:tc>
      </w:tr>
    </w:tbl>
    <w:p>
      <w:pPr>
        <w:bidi/>
        <w:spacing w:after="60" w:before="0"/>
        <w:jc w:val="right"/>
      </w:pPr>
      <w:r>
        <w:rPr>
          <w:rFonts w:ascii="Arial" w:hAnsi="Arial" w:cs="Arial"/>
          <w:b/>
          <w:color w:val="C0392B"/>
          <w:sz w:val="30"/>
          <w:u w:val="none"/>
          <w:rtl/>
          <w:bCs/>
          <w:szCs w:val="30"/>
        </w:rPr>
        <w:t>✅ מפתח תשובות</w:t>
      </w:r>
    </w:p>
    <w:p>
      <w:pPr>
        <w:bidi/>
        <w:spacing w:after="40" w:before="0"/>
        <w:jc w:val="right"/>
      </w:pPr>
      <w:r>
        <w:rPr>
          <w:rFonts w:ascii="Arial" w:hAnsi="Arial" w:cs="Arial"/>
          <w:b/>
          <w:color w:val="C0392B"/>
          <w:sz w:val="26"/>
          <w:u w:val="none"/>
          <w:rtl/>
          <w:bCs/>
          <w:szCs w:val="26"/>
        </w:rPr>
        <w:t>רמה רגילה · כיתה ה׳</w:t>
      </w:r>
    </w:p>
    <w:p>
      <w:pPr>
        <w:bidi/>
        <w:spacing w:after="60" w:before="0"/>
        <w:jc w:val="right"/>
      </w:pPr>
      <w:r>
        <w:rPr>
          <w:rFonts w:ascii="Arial" w:hAnsi="Arial" w:cs="Arial"/>
          <w:b/>
          <w:sz w:val="22"/>
          <w:u w:val="none"/>
          <w:rtl/>
          <w:bCs/>
          <w:szCs w:val="22"/>
        </w:rPr>
        <w:t>1.</w:t>
      </w:r>
      <w:r>
        <w:rPr>
          <w:rFonts w:ascii="Arial" w:hAnsi="Arial" w:cs="Arial"/>
          <w:b w:val="0"/>
          <w:sz w:val="22"/>
          <w:u w:val="none"/>
          <w:rtl/>
          <w:szCs w:val="22"/>
        </w:rPr>
        <w:t xml:space="preserve"> 🔗 צירוף סמיכות: כדור רגל, ספר טבע, עוגת שוקולד, גן חיות | 🎨 שם ותוארו: כדור גדול, ספר מעניין, עוגה טעימה, גן ירוק</w:t>
      </w:r>
    </w:p>
    <w:p>
      <w:pPr>
        <w:bidi/>
        <w:spacing w:after="60" w:before="0"/>
        <w:jc w:val="right"/>
      </w:pPr>
      <w:r>
        <w:rPr>
          <w:rFonts w:ascii="Arial" w:hAnsi="Arial" w:cs="Arial"/>
          <w:b/>
          <w:sz w:val="22"/>
          <w:u w:val="none"/>
          <w:rtl/>
          <w:bCs/>
          <w:szCs w:val="22"/>
        </w:rPr>
        <w:t>2.</w:t>
      </w:r>
      <w:r>
        <w:rPr>
          <w:rFonts w:ascii="Arial" w:hAnsi="Arial" w:cs="Arial"/>
          <w:b w:val="0"/>
          <w:sz w:val="22"/>
          <w:u w:val="none"/>
          <w:rtl/>
          <w:szCs w:val="22"/>
        </w:rPr>
        <w:t xml:space="preserve"> בית הספר; התיק הכבד; שמלת הכלה; הילדה החכמה</w:t>
      </w:r>
    </w:p>
    <w:p>
      <w:pPr>
        <w:bidi/>
        <w:spacing w:after="60" w:before="0"/>
        <w:jc w:val="right"/>
      </w:pPr>
      <w:r>
        <w:rPr>
          <w:rFonts w:ascii="Arial" w:hAnsi="Arial" w:cs="Arial"/>
          <w:b/>
          <w:sz w:val="22"/>
          <w:u w:val="none"/>
          <w:rtl/>
          <w:bCs/>
          <w:szCs w:val="22"/>
        </w:rPr>
        <w:t>3.</w:t>
      </w:r>
      <w:r>
        <w:rPr>
          <w:rFonts w:ascii="Arial" w:hAnsi="Arial" w:cs="Arial"/>
          <w:b w:val="0"/>
          <w:sz w:val="22"/>
          <w:u w:val="none"/>
          <w:rtl/>
          <w:szCs w:val="22"/>
        </w:rPr>
        <w:t xml:space="preserve"> בתי ספר; ילדים שמחים; כוסות מים; פרחים צהובים</w:t>
      </w:r>
    </w:p>
    <w:p>
      <w:pPr>
        <w:bidi/>
        <w:spacing w:after="60" w:before="0"/>
        <w:jc w:val="right"/>
      </w:pPr>
      <w:r>
        <w:rPr>
          <w:rFonts w:ascii="Arial" w:hAnsi="Arial" w:cs="Arial"/>
          <w:b/>
          <w:sz w:val="22"/>
          <w:u w:val="none"/>
          <w:rtl/>
          <w:bCs/>
          <w:szCs w:val="22"/>
        </w:rPr>
        <w:t>4.</w:t>
      </w:r>
      <w:r>
        <w:rPr>
          <w:rFonts w:ascii="Arial" w:hAnsi="Arial" w:cs="Arial"/>
          <w:b w:val="0"/>
          <w:sz w:val="22"/>
          <w:u w:val="none"/>
          <w:rtl/>
          <w:szCs w:val="22"/>
        </w:rPr>
        <w:t xml:space="preserve"> למשל: כדור סל / כדור כחול; עוגת גבינה / עוגה מתוקה; חדר אוכל / חדר מסודר</w:t>
      </w:r>
    </w:p>
    <w:p>
      <w:pPr>
        <w:bidi/>
        <w:spacing w:after="40" w:before="0"/>
        <w:jc w:val="right"/>
      </w:pPr>
      <w:r>
        <w:rPr>
          <w:rFonts w:ascii="Arial" w:hAnsi="Arial" w:cs="Arial"/>
          <w:b/>
          <w:color w:val="C0392B"/>
          <w:sz w:val="26"/>
          <w:u w:val="none"/>
          <w:rtl/>
          <w:bCs/>
          <w:szCs w:val="26"/>
        </w:rPr>
        <w:t>רמה מתקדמת · כיתה ו׳</w:t>
      </w:r>
    </w:p>
    <w:p>
      <w:pPr>
        <w:bidi/>
        <w:spacing w:after="60" w:before="0"/>
        <w:jc w:val="right"/>
      </w:pPr>
      <w:r>
        <w:rPr>
          <w:rFonts w:ascii="Arial" w:hAnsi="Arial" w:cs="Arial"/>
          <w:b/>
          <w:sz w:val="22"/>
          <w:u w:val="none"/>
          <w:rtl/>
          <w:bCs/>
          <w:szCs w:val="22"/>
        </w:rPr>
        <w:t>1.</w:t>
      </w:r>
      <w:r>
        <w:rPr>
          <w:rFonts w:ascii="Arial" w:hAnsi="Arial" w:cs="Arial"/>
          <w:b w:val="0"/>
          <w:sz w:val="22"/>
          <w:u w:val="none"/>
          <w:rtl/>
          <w:szCs w:val="22"/>
        </w:rPr>
        <w:t xml:space="preserve"> ילדת גן; מי ים; שולחנות אוכל (ללא שינוי בכתיב, אך "שולחנות" כנסמך); שדה תעופה; ידי המלך</w:t>
      </w:r>
    </w:p>
    <w:p>
      <w:pPr>
        <w:bidi/>
        <w:spacing w:after="60" w:before="0"/>
        <w:jc w:val="right"/>
      </w:pPr>
      <w:r>
        <w:rPr>
          <w:rFonts w:ascii="Arial" w:hAnsi="Arial" w:cs="Arial"/>
          <w:b/>
          <w:sz w:val="22"/>
          <w:u w:val="none"/>
          <w:rtl/>
          <w:bCs/>
          <w:szCs w:val="22"/>
        </w:rPr>
        <w:t>2.</w:t>
      </w:r>
      <w:r>
        <w:rPr>
          <w:rFonts w:ascii="Arial" w:hAnsi="Arial" w:cs="Arial"/>
          <w:b w:val="0"/>
          <w:sz w:val="22"/>
          <w:u w:val="none"/>
          <w:rtl/>
          <w:szCs w:val="22"/>
        </w:rPr>
        <w:t xml:space="preserve"> "מגרש הכדורגל" – צירוף סמיכות; "החדש" – שם תואר שמתאר את כל הצירוף (את המגרש), ולכן מתאים לנסמך (מגרש – זכר יחיד).</w:t>
      </w:r>
    </w:p>
    <w:p>
      <w:pPr>
        <w:bidi/>
        <w:spacing w:after="60" w:before="0"/>
        <w:jc w:val="right"/>
      </w:pPr>
      <w:r>
        <w:rPr>
          <w:rFonts w:ascii="Arial" w:hAnsi="Arial" w:cs="Arial"/>
          <w:b/>
          <w:sz w:val="22"/>
          <w:u w:val="none"/>
          <w:rtl/>
          <w:bCs/>
          <w:szCs w:val="22"/>
        </w:rPr>
        <w:t>3.</w:t>
      </w:r>
      <w:r>
        <w:rPr>
          <w:rFonts w:ascii="Arial" w:hAnsi="Arial" w:cs="Arial"/>
          <w:b w:val="0"/>
          <w:sz w:val="22"/>
          <w:u w:val="none"/>
          <w:rtl/>
          <w:szCs w:val="22"/>
        </w:rPr>
        <w:t xml:space="preserve"> בית הספר שלנו; שני כדורי רגל; שמלת הכלה הלבנה</w:t>
      </w:r>
    </w:p>
    <w:p>
      <w:pPr>
        <w:bidi/>
        <w:spacing w:after="60" w:before="0"/>
        <w:jc w:val="right"/>
      </w:pPr>
      <w:r>
        <w:rPr>
          <w:rFonts w:ascii="Arial" w:hAnsi="Arial" w:cs="Arial"/>
          <w:b/>
          <w:sz w:val="22"/>
          <w:u w:val="none"/>
          <w:rtl/>
          <w:bCs/>
          <w:szCs w:val="22"/>
        </w:rPr>
        <w:t>4.</w:t>
      </w:r>
      <w:r>
        <w:rPr>
          <w:rFonts w:ascii="Arial" w:hAnsi="Arial" w:cs="Arial"/>
          <w:b w:val="0"/>
          <w:sz w:val="22"/>
          <w:u w:val="none"/>
          <w:rtl/>
          <w:szCs w:val="22"/>
        </w:rPr>
        <w:t xml:space="preserve"> מאוזן: 1. ספר, 4. גבינה | מאונך: 2. רגל, 3. חיות</w:t>
      </w:r>
    </w:p>
    <w:p>
      <w:pPr>
        <w:bidi/>
        <w:spacing w:after="40" w:before="0"/>
        <w:jc w:val="right"/>
      </w:pPr>
      <w:r>
        <w:rPr>
          <w:rFonts w:ascii="Arial" w:hAnsi="Arial" w:cs="Arial"/>
          <w:b/>
          <w:color w:val="C0392B"/>
          <w:sz w:val="26"/>
          <w:u w:val="none"/>
          <w:rtl/>
          <w:bCs/>
          <w:szCs w:val="26"/>
        </w:rPr>
        <w:t>רמה מותאמת – עולים וחנ״מ · כיתות ג׳–ד׳ · עולים · חנ״מ</w:t>
      </w:r>
    </w:p>
    <w:p>
      <w:pPr>
        <w:bidi/>
        <w:spacing w:after="60" w:before="0"/>
        <w:jc w:val="right"/>
      </w:pPr>
      <w:r>
        <w:rPr>
          <w:rFonts w:ascii="Arial" w:hAnsi="Arial" w:cs="Arial"/>
          <w:b/>
          <w:sz w:val="22"/>
          <w:u w:val="none"/>
          <w:rtl/>
          <w:bCs/>
          <w:szCs w:val="22"/>
        </w:rPr>
        <w:t>1.</w:t>
      </w:r>
      <w:r>
        <w:rPr>
          <w:rFonts w:ascii="Arial" w:hAnsi="Arial" w:cs="Arial"/>
          <w:b w:val="0"/>
          <w:sz w:val="22"/>
          <w:u w:val="none"/>
          <w:rtl/>
          <w:szCs w:val="22"/>
        </w:rPr>
        <w:t xml:space="preserve"> בית ← ספר; כדור ← רגל; גן ← חיות; כוס ← מים</w:t>
      </w:r>
    </w:p>
    <w:p>
      <w:pPr>
        <w:bidi/>
        <w:spacing w:after="60" w:before="0"/>
        <w:jc w:val="right"/>
      </w:pPr>
      <w:r>
        <w:rPr>
          <w:rFonts w:ascii="Arial" w:hAnsi="Arial" w:cs="Arial"/>
          <w:b/>
          <w:sz w:val="22"/>
          <w:u w:val="none"/>
          <w:rtl/>
          <w:bCs/>
          <w:szCs w:val="22"/>
        </w:rPr>
        <w:t>2.</w:t>
      </w:r>
      <w:r>
        <w:rPr>
          <w:rFonts w:ascii="Arial" w:hAnsi="Arial" w:cs="Arial"/>
          <w:b w:val="0"/>
          <w:sz w:val="22"/>
          <w:u w:val="none"/>
          <w:rtl/>
          <w:szCs w:val="22"/>
        </w:rPr>
        <w:t xml:space="preserve"> שמח; גדול; אדומה</w:t>
      </w:r>
    </w:p>
    <w:p>
      <w:pPr>
        <w:bidi/>
        <w:spacing w:after="60" w:before="0"/>
        <w:jc w:val="right"/>
      </w:pPr>
      <w:r>
        <w:rPr>
          <w:rFonts w:ascii="Arial" w:hAnsi="Arial" w:cs="Arial"/>
          <w:b/>
          <w:sz w:val="22"/>
          <w:u w:val="none"/>
          <w:rtl/>
          <w:bCs/>
          <w:szCs w:val="22"/>
        </w:rPr>
        <w:t>3.</w:t>
      </w:r>
      <w:r>
        <w:rPr>
          <w:rFonts w:ascii="Arial" w:hAnsi="Arial" w:cs="Arial"/>
          <w:b w:val="0"/>
          <w:sz w:val="22"/>
          <w:u w:val="none"/>
          <w:rtl/>
          <w:szCs w:val="22"/>
        </w:rPr>
        <w:t xml:space="preserve"> ציור אישי – לבדוק שהציור מתאים להוראה.</w:t>
      </w:r>
    </w:p>
    <w:p>
      <w:pPr>
        <w:bidi/>
        <w:spacing w:after="60" w:before="0"/>
        <w:jc w:val="right"/>
      </w:pPr>
      <w:r>
        <w:rPr>
          <w:rFonts w:ascii="Arial" w:hAnsi="Arial" w:cs="Arial"/>
          <w:b/>
          <w:color w:val="C0392B"/>
          <w:sz w:val="30"/>
          <w:u w:val="none"/>
          <w:rtl/>
          <w:bCs/>
          <w:szCs w:val="30"/>
        </w:rPr>
        <w:t>💡 טיפים להוראה ולהתאמה</w:t>
      </w:r>
    </w:p>
    <w:p>
      <w:pPr>
        <w:bidi/>
        <w:spacing w:after="60" w:before="0"/>
        <w:jc w:val="right"/>
      </w:pPr>
      <w:r>
        <w:rPr>
          <w:rFonts w:ascii="Arial" w:hAnsi="Arial" w:cs="Arial"/>
          <w:b w:val="0"/>
          <w:sz w:val="22"/>
          <w:u w:val="none"/>
          <w:rtl/>
          <w:szCs w:val="22"/>
        </w:rPr>
        <w:t>• יש גרסה צבעונית וגרסה בשחור־לבן.</w:t>
      </w:r>
    </w:p>
    <w:p>
      <w:pPr>
        <w:bidi/>
        <w:spacing w:after="60" w:before="0"/>
        <w:jc w:val="right"/>
      </w:pPr>
      <w:r>
        <w:rPr>
          <w:rFonts w:ascii="Arial" w:hAnsi="Arial" w:cs="Arial"/>
          <w:b w:val="0"/>
          <w:sz w:val="22"/>
          <w:u w:val="none"/>
          <w:rtl/>
          <w:szCs w:val="22"/>
        </w:rPr>
        <w:t>• שגיאה נפוצה: "ההבית ספר" / "הבית ספר" – הה׳ באה על הסומך: "בית הספר".</w:t>
      </w:r>
    </w:p>
    <w:p>
      <w:pPr>
        <w:bidi/>
        <w:spacing w:after="60" w:before="0"/>
        <w:jc w:val="right"/>
      </w:pPr>
      <w:r>
        <w:rPr>
          <w:rFonts w:ascii="Arial" w:hAnsi="Arial" w:cs="Arial"/>
          <w:b w:val="0"/>
          <w:sz w:val="22"/>
          <w:u w:val="none"/>
          <w:rtl/>
          <w:szCs w:val="22"/>
        </w:rPr>
        <w:t>• בצירוף מורכב ("מגרש הכדורגל החדש") התואר מתאים לנסמך.</w:t>
      </w:r>
    </w:p>
    <w:p>
      <w:r>
        <w:br w:type="page"/>
      </w:r>
    </w:p>
    <w:p>
      <w:pPr>
        <w:bidi/>
        <w:spacing w:after="40" w:before="0"/>
        <w:jc w:val="center"/>
      </w:pPr>
      <w:r>
        <w:rPr>
          <w:rFonts w:ascii="Arial" w:hAnsi="Arial" w:cs="Arial"/>
          <w:b/>
          <w:color w:val="C0392B"/>
          <w:sz w:val="22"/>
          <w:u w:val="none"/>
          <w:rtl/>
          <w:bCs/>
          <w:szCs w:val="22"/>
        </w:rPr>
        <w:t>רמה רגילה</w:t>
      </w:r>
    </w:p>
    <w:p>
      <w:pPr>
        <w:bidi/>
        <w:spacing w:after="40" w:before="0"/>
        <w:jc w:val="center"/>
      </w:pPr>
      <w:r>
        <w:rPr>
          <w:rFonts w:ascii="Arial" w:hAnsi="Arial" w:cs="Arial"/>
          <w:b/>
          <w:color w:val="C0392B"/>
          <w:sz w:val="48"/>
          <w:u w:val="none"/>
          <w:rtl/>
          <w:bCs/>
          <w:szCs w:val="48"/>
        </w:rPr>
        <w:t>🔗 דרכי זיהוי: סמיכות ושם ותוארו</w:t>
      </w:r>
    </w:p>
    <w:p>
      <w:pPr>
        <w:bidi/>
        <w:spacing w:after="40" w:before="0"/>
        <w:jc w:val="center"/>
      </w:pPr>
      <w:r>
        <w:rPr>
          <w:rFonts w:ascii="Arial" w:hAnsi="Arial" w:cs="Arial"/>
          <w:b w:val="0"/>
          <w:color w:val="4B5563"/>
          <w:sz w:val="26"/>
          <w:u w:val="none"/>
          <w:rtl/>
          <w:szCs w:val="26"/>
        </w:rPr>
        <w:t>דף עזר + תרגול: איך מבדילים בין "עוגת שוקולד" ל"עוגה מתוקה"</w:t>
      </w:r>
    </w:p>
    <w:p>
      <w:pPr>
        <w:bidi/>
        <w:spacing w:after="160" w:before="0"/>
        <w:jc w:val="center"/>
      </w:pPr>
      <w:r>
        <w:rPr>
          <w:rFonts w:ascii="Arial" w:hAnsi="Arial" w:cs="Arial"/>
          <w:b/>
          <w:color w:val="C0392B"/>
          <w:sz w:val="22"/>
          <w:u w:val="none"/>
          <w:rtl/>
          <w:bCs/>
          <w:szCs w:val="22"/>
        </w:rPr>
        <w:t>כיתה ה׳</w:t>
      </w:r>
    </w:p>
    <w:p>
      <w:pPr>
        <w:bidi/>
        <w:spacing w:after="200" w:before="0"/>
        <w:jc w:val="right"/>
      </w:pPr>
      <w:r>
        <w:rPr>
          <w:rFonts w:ascii="Arial" w:hAnsi="Arial" w:cs="Arial"/>
          <w:b/>
          <w:sz w:val="24"/>
          <w:u w:val="none"/>
          <w:rtl/>
          <w:bCs/>
          <w:szCs w:val="24"/>
        </w:rPr>
        <w:t xml:space="preserve">שם: </w:t>
      </w:r>
      <w:r>
        <w:rPr>
          <w:rFonts w:ascii="Arial" w:hAnsi="Arial" w:cs="Arial"/>
          <w:b/>
          <w:sz w:val="24"/>
          <w:u w:val="single"/>
          <w:rtl/>
          <w:bCs/>
          <w:szCs w:val="24"/>
        </w:rPr>
        <w:t>_</w:t>
      </w:r>
      <w:r>
        <w:rPr>
          <w:rFonts w:ascii="Arial" w:hAnsi="Arial" w:cs="Arial"/>
          <w:b/>
          <w:sz w:val="24"/>
          <w:u w:val="single"/>
          <w:rtl/>
          <w:bCs/>
          <w:szCs w:val="24"/>
        </w:rPr>
        <w:t>_</w:t>
      </w:r>
      <w:r>
        <w:rPr>
          <w:rFonts w:ascii="Arial" w:hAnsi="Arial" w:cs="Arial"/>
          <w:b/>
          <w:sz w:val="24"/>
          <w:u w:val="single"/>
          <w:rtl/>
          <w:bCs/>
          <w:szCs w:val="24"/>
        </w:rPr>
        <w:t xml:space="preserve">__   כיתה: </w:t>
      </w:r>
      <w:r>
        <w:rPr>
          <w:rFonts w:ascii="Arial" w:hAnsi="Arial" w:cs="Arial"/>
          <w:b/>
          <w:sz w:val="24"/>
          <w:u w:val="single"/>
          <w:rtl/>
          <w:bCs/>
          <w:szCs w:val="24"/>
        </w:rPr>
        <w:t>_</w:t>
      </w:r>
      <w:r>
        <w:rPr>
          <w:rFonts w:ascii="Arial" w:hAnsi="Arial" w:cs="Arial"/>
          <w:b/>
          <w:sz w:val="24"/>
          <w:u w:val="none"/>
          <w:rtl/>
          <w:bCs/>
          <w:szCs w:val="24"/>
        </w:rPr>
        <w:t xml:space="preserve">_   תאריך: </w:t>
      </w:r>
      <w:r>
        <w:rPr>
          <w:rFonts w:ascii="Arial" w:hAnsi="Arial" w:cs="Arial"/>
          <w:b/>
          <w:sz w:val="24"/>
          <w:u w:val="single"/>
          <w:rtl/>
          <w:bCs/>
          <w:szCs w:val="24"/>
        </w:rPr>
        <w:t>_</w:t>
      </w:r>
      <w:r>
        <w:rPr>
          <w:rFonts w:ascii="Arial" w:hAnsi="Arial" w:cs="Arial"/>
          <w:b/>
          <w:sz w:val="24"/>
          <w:u w:val="single"/>
          <w:rtl/>
          <w:bCs/>
          <w:szCs w:val="24"/>
        </w:rPr>
        <w:t>_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206"/>
      </w:tblGrid>
      <w:tr>
        <w:tc>
          <w:tcPr>
            <w:tcW w:type="dxa" w:w="10206"/>
            <w:shd w:val="clear" w:color="auto" w:fill="fdecea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/>
                <w:color w:val="C0392B"/>
                <w:sz w:val="30"/>
                <w:u w:val="none"/>
                <w:rtl/>
                <w:bCs/>
                <w:szCs w:val="30"/>
              </w:rPr>
              <w:t>חלק א׳ – דף הזיהוי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3"/>
                <w:u w:val="none"/>
                <w:rtl/>
                <w:szCs w:val="23"/>
              </w:rPr>
              <w:t>שני צירופים שנראים דומים – ואיך מבדילים ביניהם.</w:t>
            </w:r>
          </w:p>
        </w:tc>
      </w:tr>
    </w:tbl>
    <w:p>
      <w:pPr>
        <w:bidi/>
        <w:spacing w:after="80" w:before="0"/>
        <w:jc w:val="right"/>
      </w:pP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402"/>
        <w:gridCol w:w="3402"/>
        <w:gridCol w:w="3402"/>
      </w:tblGrid>
      <w:tr>
        <w:tc>
          <w:tcPr>
            <w:tcW w:type="dxa" w:w="3402"/>
            <w:shd w:val="clear" w:color="auto" w:fill="fdecea"/>
          </w:tcPr>
          <w:p>
            <w:pPr>
              <w:bidi/>
              <w:spacing w:after="40"/>
              <w:jc w:val="right"/>
            </w:pPr>
          </w:p>
        </w:tc>
        <w:tc>
          <w:tcPr>
            <w:tcW w:type="dxa" w:w="3402"/>
            <w:shd w:val="clear" w:color="auto" w:fill="fdecea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/>
                <w:sz w:val="22"/>
                <w:u w:val="none"/>
                <w:rtl/>
                <w:bCs/>
                <w:szCs w:val="22"/>
              </w:rPr>
              <w:t>צירוף סמיכות 🔗</w:t>
            </w:r>
          </w:p>
        </w:tc>
        <w:tc>
          <w:tcPr>
            <w:tcW w:type="dxa" w:w="3402"/>
            <w:shd w:val="clear" w:color="auto" w:fill="fdecea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/>
                <w:sz w:val="22"/>
                <w:u w:val="none"/>
                <w:rtl/>
                <w:bCs/>
                <w:szCs w:val="22"/>
              </w:rPr>
              <w:t>שם ותוארו 🎨</w:t>
            </w:r>
          </w:p>
        </w:tc>
      </w:tr>
      <w:tr>
        <w:tc>
          <w:tcPr>
            <w:tcW w:type="dxa" w:w="3402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מה זה?</w:t>
            </w:r>
          </w:p>
        </w:tc>
        <w:tc>
          <w:tcPr>
            <w:tcW w:type="dxa" w:w="3402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שני שמות עצם = מושג אחד (נסמך + סומך)</w:t>
            </w:r>
          </w:p>
        </w:tc>
        <w:tc>
          <w:tcPr>
            <w:tcW w:type="dxa" w:w="3402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שם עצם + שם תואר</w:t>
            </w:r>
          </w:p>
        </w:tc>
      </w:tr>
      <w:tr>
        <w:tc>
          <w:tcPr>
            <w:tcW w:type="dxa" w:w="3402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דוגמה</w:t>
            </w:r>
          </w:p>
        </w:tc>
        <w:tc>
          <w:tcPr>
            <w:tcW w:type="dxa" w:w="3402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בית ספר</w:t>
            </w:r>
          </w:p>
        </w:tc>
        <w:tc>
          <w:tcPr>
            <w:tcW w:type="dxa" w:w="3402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ילד גבוה</w:t>
            </w:r>
          </w:p>
        </w:tc>
      </w:tr>
      <w:tr>
        <w:tc>
          <w:tcPr>
            <w:tcW w:type="dxa" w:w="3402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שאלה / בדיקה</w:t>
            </w:r>
          </w:p>
        </w:tc>
        <w:tc>
          <w:tcPr>
            <w:tcW w:type="dxa" w:w="3402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אפשר להכניס "של": בית של ספר</w:t>
            </w:r>
          </w:p>
        </w:tc>
        <w:tc>
          <w:tcPr>
            <w:tcW w:type="dxa" w:w="3402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שואלים "איזה?" ; אפשר "מאוד"</w:t>
            </w:r>
          </w:p>
        </w:tc>
      </w:tr>
      <w:tr>
        <w:tc>
          <w:tcPr>
            <w:tcW w:type="dxa" w:w="3402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ה׳ הידיעה</w:t>
            </w:r>
          </w:p>
        </w:tc>
        <w:tc>
          <w:tcPr>
            <w:tcW w:type="dxa" w:w="3402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רק על המילה השנייה: בית הספר</w:t>
            </w:r>
          </w:p>
        </w:tc>
        <w:tc>
          <w:tcPr>
            <w:tcW w:type="dxa" w:w="3402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על שתי המילים: הילד הגבוה</w:t>
            </w:r>
          </w:p>
        </w:tc>
      </w:tr>
      <w:tr>
        <w:tc>
          <w:tcPr>
            <w:tcW w:type="dxa" w:w="3402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רבים</w:t>
            </w:r>
          </w:p>
        </w:tc>
        <w:tc>
          <w:tcPr>
            <w:tcW w:type="dxa" w:w="3402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משתנה רק הראשונה: בתי ספר</w:t>
            </w:r>
          </w:p>
        </w:tc>
        <w:tc>
          <w:tcPr>
            <w:tcW w:type="dxa" w:w="3402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משתנות שתיהן: ילדים גבוהים</w:t>
            </w:r>
          </w:p>
        </w:tc>
      </w:tr>
      <w:tr>
        <w:tc>
          <w:tcPr>
            <w:tcW w:type="dxa" w:w="3402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הערה</w:t>
            </w:r>
          </w:p>
        </w:tc>
        <w:tc>
          <w:tcPr>
            <w:tcW w:type="dxa" w:w="3402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לפעמים הנסמך משתנה: ילדה ← ילדת גן</w:t>
            </w:r>
          </w:p>
        </w:tc>
        <w:tc>
          <w:tcPr>
            <w:tcW w:type="dxa" w:w="3402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התואר מתאים במין ובמספר</w:t>
            </w:r>
          </w:p>
        </w:tc>
      </w:tr>
    </w:tbl>
    <w:p>
      <w:pPr>
        <w:bidi/>
        <w:spacing w:after="80" w:before="0"/>
        <w:jc w:val="right"/>
      </w:pP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206"/>
      </w:tblGrid>
      <w:tr>
        <w:tc>
          <w:tcPr>
            <w:tcW w:type="dxa" w:w="10206"/>
            <w:shd w:val="clear" w:color="auto" w:fill="fdecea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/>
                <w:color w:val="C0392B"/>
                <w:sz w:val="30"/>
                <w:u w:val="none"/>
                <w:rtl/>
                <w:bCs/>
                <w:szCs w:val="30"/>
              </w:rPr>
              <w:t>חלק ב׳ – מבדילים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3"/>
                <w:u w:val="none"/>
                <w:rtl/>
                <w:szCs w:val="23"/>
              </w:rPr>
              <w:t>סמיכות או שם ותוארו?</w:t>
            </w:r>
          </w:p>
        </w:tc>
      </w:tr>
    </w:tbl>
    <w:p>
      <w:pPr>
        <w:bidi/>
        <w:spacing w:after="80" w:before="0"/>
        <w:jc w:val="right"/>
      </w:pPr>
    </w:p>
    <w:p>
      <w:pPr>
        <w:bidi/>
        <w:spacing w:after="60" w:before="0"/>
        <w:jc w:val="right"/>
      </w:pPr>
      <w:r>
        <w:rPr>
          <w:rFonts w:ascii="Arial" w:hAnsi="Arial" w:cs="Arial"/>
          <w:b/>
          <w:sz w:val="24"/>
          <w:u w:val="none"/>
          <w:rtl/>
          <w:bCs/>
          <w:szCs w:val="24"/>
        </w:rPr>
        <w:t>1.</w:t>
      </w:r>
      <w:r>
        <w:rPr>
          <w:rFonts w:ascii="Arial" w:hAnsi="Arial" w:cs="Arial"/>
          <w:b/>
          <w:sz w:val="24"/>
          <w:u w:val="none"/>
          <w:rtl/>
          <w:bCs/>
          <w:szCs w:val="24"/>
        </w:rPr>
        <w:t xml:space="preserve"> מיינו את הצירופים.  [מיון]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402"/>
        <w:gridCol w:w="3402"/>
        <w:gridCol w:w="3402"/>
      </w:tblGrid>
      <w:tr>
        <w:tc>
          <w:tcPr>
            <w:tcW w:type="dxa" w:w="3402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3"/>
                <w:u w:val="none"/>
                <w:rtl/>
                <w:bCs/>
                <w:szCs w:val="23"/>
              </w:rPr>
              <w:t>ספר טבע</w:t>
            </w:r>
          </w:p>
        </w:tc>
        <w:tc>
          <w:tcPr>
            <w:tcW w:type="dxa" w:w="3402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3"/>
                <w:u w:val="none"/>
                <w:rtl/>
                <w:bCs/>
                <w:szCs w:val="23"/>
              </w:rPr>
              <w:t>גן חיות</w:t>
            </w:r>
          </w:p>
        </w:tc>
        <w:tc>
          <w:tcPr>
            <w:tcW w:type="dxa" w:w="3402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3"/>
                <w:u w:val="none"/>
                <w:rtl/>
                <w:bCs/>
                <w:szCs w:val="23"/>
              </w:rPr>
              <w:t>עוגה טעימה</w:t>
            </w:r>
          </w:p>
        </w:tc>
      </w:tr>
      <w:tr>
        <w:tc>
          <w:tcPr>
            <w:tcW w:type="dxa" w:w="3402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3"/>
                <w:u w:val="none"/>
                <w:rtl/>
                <w:bCs/>
                <w:szCs w:val="23"/>
              </w:rPr>
              <w:t>כדור רגל</w:t>
            </w:r>
          </w:p>
        </w:tc>
        <w:tc>
          <w:tcPr>
            <w:tcW w:type="dxa" w:w="3402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3"/>
                <w:u w:val="none"/>
                <w:rtl/>
                <w:bCs/>
                <w:szCs w:val="23"/>
              </w:rPr>
              <w:t>גן ירוק</w:t>
            </w:r>
          </w:p>
        </w:tc>
        <w:tc>
          <w:tcPr>
            <w:tcW w:type="dxa" w:w="3402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3"/>
                <w:u w:val="none"/>
                <w:rtl/>
                <w:bCs/>
                <w:szCs w:val="23"/>
              </w:rPr>
              <w:t>ספר מעניין</w:t>
            </w:r>
          </w:p>
        </w:tc>
      </w:tr>
      <w:tr>
        <w:tc>
          <w:tcPr>
            <w:tcW w:type="dxa" w:w="3402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3"/>
                <w:u w:val="none"/>
                <w:rtl/>
                <w:bCs/>
                <w:szCs w:val="23"/>
              </w:rPr>
              <w:t>עוגת שוקולד</w:t>
            </w:r>
          </w:p>
        </w:tc>
        <w:tc>
          <w:tcPr>
            <w:tcW w:type="dxa" w:w="3402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3"/>
                <w:u w:val="none"/>
                <w:rtl/>
                <w:bCs/>
                <w:szCs w:val="23"/>
              </w:rPr>
              <w:t>כדור גדול</w:t>
            </w:r>
          </w:p>
        </w:tc>
        <w:tc>
          <w:tcPr>
            <w:tcW w:type="dxa" w:w="3402"/>
          </w:tcPr>
          <w:p/>
        </w:tc>
      </w:tr>
    </w:tbl>
    <w:p>
      <w:pPr>
        <w:bidi/>
        <w:spacing w:after="80" w:before="0"/>
        <w:jc w:val="right"/>
      </w:pP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5103"/>
        <w:gridCol w:w="5103"/>
      </w:tblGrid>
      <w:tr>
        <w:tc>
          <w:tcPr>
            <w:tcW w:type="dxa" w:w="5103"/>
            <w:shd w:val="clear" w:color="auto" w:fill="fdecea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/>
                <w:sz w:val="24"/>
                <w:u w:val="none"/>
                <w:rtl/>
                <w:bCs/>
                <w:szCs w:val="24"/>
              </w:rPr>
              <w:t>🔗 צירוף סמיכות</w:t>
            </w:r>
          </w:p>
        </w:tc>
        <w:tc>
          <w:tcPr>
            <w:tcW w:type="dxa" w:w="5103"/>
            <w:shd w:val="clear" w:color="auto" w:fill="fdecea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/>
                <w:sz w:val="24"/>
                <w:u w:val="none"/>
                <w:rtl/>
                <w:bCs/>
                <w:szCs w:val="24"/>
              </w:rPr>
              <w:t>🎨 שם ותוארו</w:t>
            </w:r>
          </w:p>
        </w:tc>
      </w:tr>
      <w:tr>
        <w:tc>
          <w:tcPr>
            <w:tcW w:type="dxa" w:w="5103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4"/>
                <w:u w:val="none"/>
                <w:rtl/>
                <w:szCs w:val="24"/>
              </w:rPr>
              <w:br/>
              <w:br/>
              <w:br/>
              <w:br/>
              <w:br/>
            </w:r>
          </w:p>
        </w:tc>
        <w:tc>
          <w:tcPr>
            <w:tcW w:type="dxa" w:w="5103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4"/>
                <w:u w:val="none"/>
                <w:rtl/>
                <w:szCs w:val="24"/>
              </w:rPr>
              <w:br/>
              <w:br/>
              <w:br/>
              <w:br/>
              <w:br/>
            </w:r>
          </w:p>
        </w:tc>
      </w:tr>
    </w:tbl>
    <w:p>
      <w:pPr>
        <w:bidi/>
        <w:spacing w:after="80" w:before="0"/>
        <w:jc w:val="right"/>
      </w:pPr>
    </w:p>
    <w:p>
      <w:pPr>
        <w:bidi/>
        <w:spacing w:after="60" w:before="0"/>
        <w:jc w:val="right"/>
      </w:pPr>
      <w:r>
        <w:rPr>
          <w:rFonts w:ascii="Arial" w:hAnsi="Arial" w:cs="Arial"/>
          <w:b/>
          <w:sz w:val="24"/>
          <w:u w:val="none"/>
          <w:rtl/>
          <w:bCs/>
          <w:szCs w:val="24"/>
        </w:rPr>
        <w:t>2.</w:t>
      </w:r>
      <w:r>
        <w:rPr>
          <w:rFonts w:ascii="Arial" w:hAnsi="Arial" w:cs="Arial"/>
          <w:b/>
          <w:sz w:val="24"/>
          <w:u w:val="none"/>
          <w:rtl/>
          <w:bCs/>
          <w:szCs w:val="24"/>
        </w:rPr>
        <w:t xml:space="preserve"> הוסיפו ה׳ הידיעה לכל צירוף במקום הנכון.  [ה׳ הידיעה]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5103"/>
        <w:gridCol w:w="5103"/>
      </w:tblGrid>
      <w:tr>
        <w:tc>
          <w:tcPr>
            <w:tcW w:type="dxa" w:w="5103"/>
            <w:shd w:val="clear" w:color="auto" w:fill="fdecea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/>
                <w:sz w:val="22"/>
                <w:u w:val="none"/>
                <w:rtl/>
                <w:bCs/>
                <w:szCs w:val="22"/>
              </w:rPr>
              <w:t>הצירוף</w:t>
            </w:r>
          </w:p>
        </w:tc>
        <w:tc>
          <w:tcPr>
            <w:tcW w:type="dxa" w:w="5103"/>
            <w:shd w:val="clear" w:color="auto" w:fill="fdecea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/>
                <w:sz w:val="22"/>
                <w:u w:val="none"/>
                <w:rtl/>
                <w:bCs/>
                <w:szCs w:val="22"/>
              </w:rPr>
              <w:t>עם ה׳ הידיעה</w:t>
            </w:r>
          </w:p>
        </w:tc>
      </w:tr>
      <w:tr>
        <w:tc>
          <w:tcPr>
            <w:tcW w:type="dxa" w:w="5103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בית ספר</w:t>
            </w:r>
          </w:p>
        </w:tc>
        <w:tc>
          <w:tcPr>
            <w:tcW w:type="dxa" w:w="5103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 xml:space="preserve"> </w:t>
              <w:br/>
              <w:t xml:space="preserve"> </w:t>
            </w:r>
          </w:p>
        </w:tc>
      </w:tr>
      <w:tr>
        <w:tc>
          <w:tcPr>
            <w:tcW w:type="dxa" w:w="5103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תיק כבד</w:t>
            </w:r>
          </w:p>
        </w:tc>
        <w:tc>
          <w:tcPr>
            <w:tcW w:type="dxa" w:w="5103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 xml:space="preserve"> </w:t>
              <w:br/>
              <w:t xml:space="preserve"> </w:t>
            </w:r>
          </w:p>
        </w:tc>
      </w:tr>
      <w:tr>
        <w:tc>
          <w:tcPr>
            <w:tcW w:type="dxa" w:w="5103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שמלת כלה</w:t>
            </w:r>
          </w:p>
        </w:tc>
        <w:tc>
          <w:tcPr>
            <w:tcW w:type="dxa" w:w="5103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 xml:space="preserve"> </w:t>
              <w:br/>
              <w:t xml:space="preserve"> </w:t>
            </w:r>
          </w:p>
        </w:tc>
      </w:tr>
      <w:tr>
        <w:tc>
          <w:tcPr>
            <w:tcW w:type="dxa" w:w="5103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ילדה חכמה</w:t>
            </w:r>
          </w:p>
        </w:tc>
        <w:tc>
          <w:tcPr>
            <w:tcW w:type="dxa" w:w="5103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 xml:space="preserve"> </w:t>
              <w:br/>
              <w:t xml:space="preserve"> </w:t>
            </w:r>
          </w:p>
        </w:tc>
      </w:tr>
    </w:tbl>
    <w:p>
      <w:pPr>
        <w:bidi/>
        <w:spacing w:after="80" w:before="0"/>
        <w:jc w:val="right"/>
      </w:pPr>
    </w:p>
    <w:p>
      <w:pPr>
        <w:bidi/>
        <w:spacing w:after="60" w:before="0"/>
        <w:jc w:val="right"/>
      </w:pPr>
      <w:r>
        <w:rPr>
          <w:rFonts w:ascii="Arial" w:hAnsi="Arial" w:cs="Arial"/>
          <w:b/>
          <w:sz w:val="24"/>
          <w:u w:val="none"/>
          <w:rtl/>
          <w:bCs/>
          <w:szCs w:val="24"/>
        </w:rPr>
        <w:t>3.</w:t>
      </w:r>
      <w:r>
        <w:rPr>
          <w:rFonts w:ascii="Arial" w:hAnsi="Arial" w:cs="Arial"/>
          <w:b/>
          <w:sz w:val="24"/>
          <w:u w:val="none"/>
          <w:rtl/>
          <w:bCs/>
          <w:szCs w:val="24"/>
        </w:rPr>
        <w:t xml:space="preserve"> כתבו את הצירופים ברבים.  [רבים]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5103"/>
        <w:gridCol w:w="5103"/>
      </w:tblGrid>
      <w:tr>
        <w:tc>
          <w:tcPr>
            <w:tcW w:type="dxa" w:w="5103"/>
            <w:shd w:val="clear" w:color="auto" w:fill="fdecea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/>
                <w:sz w:val="22"/>
                <w:u w:val="none"/>
                <w:rtl/>
                <w:bCs/>
                <w:szCs w:val="22"/>
              </w:rPr>
              <w:t>יחיד</w:t>
            </w:r>
          </w:p>
        </w:tc>
        <w:tc>
          <w:tcPr>
            <w:tcW w:type="dxa" w:w="5103"/>
            <w:shd w:val="clear" w:color="auto" w:fill="fdecea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/>
                <w:sz w:val="22"/>
                <w:u w:val="none"/>
                <w:rtl/>
                <w:bCs/>
                <w:szCs w:val="22"/>
              </w:rPr>
              <w:t>רבים</w:t>
            </w:r>
          </w:p>
        </w:tc>
      </w:tr>
      <w:tr>
        <w:tc>
          <w:tcPr>
            <w:tcW w:type="dxa" w:w="5103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בית ספר</w:t>
            </w:r>
          </w:p>
        </w:tc>
        <w:tc>
          <w:tcPr>
            <w:tcW w:type="dxa" w:w="5103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 xml:space="preserve"> </w:t>
              <w:br/>
              <w:t xml:space="preserve"> </w:t>
            </w:r>
          </w:p>
        </w:tc>
      </w:tr>
      <w:tr>
        <w:tc>
          <w:tcPr>
            <w:tcW w:type="dxa" w:w="5103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ילד שמח</w:t>
            </w:r>
          </w:p>
        </w:tc>
        <w:tc>
          <w:tcPr>
            <w:tcW w:type="dxa" w:w="5103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 xml:space="preserve"> </w:t>
              <w:br/>
              <w:t xml:space="preserve"> </w:t>
            </w:r>
          </w:p>
        </w:tc>
      </w:tr>
      <w:tr>
        <w:tc>
          <w:tcPr>
            <w:tcW w:type="dxa" w:w="5103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כוס מים</w:t>
            </w:r>
          </w:p>
        </w:tc>
        <w:tc>
          <w:tcPr>
            <w:tcW w:type="dxa" w:w="5103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 xml:space="preserve"> </w:t>
              <w:br/>
              <w:t xml:space="preserve"> </w:t>
            </w:r>
          </w:p>
        </w:tc>
      </w:tr>
      <w:tr>
        <w:tc>
          <w:tcPr>
            <w:tcW w:type="dxa" w:w="5103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פרח צהוב</w:t>
            </w:r>
          </w:p>
        </w:tc>
        <w:tc>
          <w:tcPr>
            <w:tcW w:type="dxa" w:w="5103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 xml:space="preserve"> </w:t>
              <w:br/>
              <w:t xml:space="preserve"> </w:t>
            </w:r>
          </w:p>
        </w:tc>
      </w:tr>
    </w:tbl>
    <w:p>
      <w:pPr>
        <w:bidi/>
        <w:spacing w:after="80" w:before="0"/>
        <w:jc w:val="right"/>
      </w:pP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206"/>
      </w:tblGrid>
      <w:tr>
        <w:tc>
          <w:tcPr>
            <w:tcW w:type="dxa" w:w="10206"/>
            <w:shd w:val="clear" w:color="auto" w:fill="fdecea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/>
                <w:color w:val="C0392B"/>
                <w:sz w:val="30"/>
                <w:u w:val="none"/>
                <w:rtl/>
                <w:bCs/>
                <w:szCs w:val="30"/>
              </w:rPr>
              <w:t>חלק ג׳ – יוצרים צירופים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3"/>
                <w:u w:val="none"/>
                <w:rtl/>
                <w:szCs w:val="23"/>
              </w:rPr>
              <w:t>מילה אחת – שני צירופים.</w:t>
            </w:r>
          </w:p>
        </w:tc>
      </w:tr>
    </w:tbl>
    <w:p>
      <w:pPr>
        <w:bidi/>
        <w:spacing w:after="80" w:before="0"/>
        <w:jc w:val="right"/>
      </w:pPr>
    </w:p>
    <w:p>
      <w:pPr>
        <w:bidi/>
        <w:spacing w:after="60" w:before="0"/>
        <w:jc w:val="right"/>
      </w:pPr>
      <w:r>
        <w:rPr>
          <w:rFonts w:ascii="Arial" w:hAnsi="Arial" w:cs="Arial"/>
          <w:b/>
          <w:sz w:val="24"/>
          <w:u w:val="none"/>
          <w:rtl/>
          <w:bCs/>
          <w:szCs w:val="24"/>
        </w:rPr>
        <w:t>4.</w:t>
      </w:r>
      <w:r>
        <w:rPr>
          <w:rFonts w:ascii="Arial" w:hAnsi="Arial" w:cs="Arial"/>
          <w:b/>
          <w:sz w:val="24"/>
          <w:u w:val="none"/>
          <w:rtl/>
          <w:bCs/>
          <w:szCs w:val="24"/>
        </w:rPr>
        <w:t xml:space="preserve"> צרו מכל מילה צירוף סמיכות וצירוף של שם ותוארו.  [יצירה]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402"/>
        <w:gridCol w:w="3402"/>
        <w:gridCol w:w="3402"/>
      </w:tblGrid>
      <w:tr>
        <w:tc>
          <w:tcPr>
            <w:tcW w:type="dxa" w:w="3402"/>
            <w:shd w:val="clear" w:color="auto" w:fill="fdecea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/>
                <w:sz w:val="22"/>
                <w:u w:val="none"/>
                <w:rtl/>
                <w:bCs/>
                <w:szCs w:val="22"/>
              </w:rPr>
              <w:t>המילה</w:t>
            </w:r>
          </w:p>
        </w:tc>
        <w:tc>
          <w:tcPr>
            <w:tcW w:type="dxa" w:w="3402"/>
            <w:shd w:val="clear" w:color="auto" w:fill="fdecea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/>
                <w:sz w:val="22"/>
                <w:u w:val="none"/>
                <w:rtl/>
                <w:bCs/>
                <w:szCs w:val="22"/>
              </w:rPr>
              <w:t>צירוף סמיכות</w:t>
            </w:r>
          </w:p>
        </w:tc>
        <w:tc>
          <w:tcPr>
            <w:tcW w:type="dxa" w:w="3402"/>
            <w:shd w:val="clear" w:color="auto" w:fill="fdecea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/>
                <w:sz w:val="22"/>
                <w:u w:val="none"/>
                <w:rtl/>
                <w:bCs/>
                <w:szCs w:val="22"/>
              </w:rPr>
              <w:t>שם ותוארו</w:t>
            </w:r>
          </w:p>
        </w:tc>
      </w:tr>
      <w:tr>
        <w:tc>
          <w:tcPr>
            <w:tcW w:type="dxa" w:w="3402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כדור</w:t>
            </w:r>
          </w:p>
        </w:tc>
        <w:tc>
          <w:tcPr>
            <w:tcW w:type="dxa" w:w="3402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 xml:space="preserve"> </w:t>
              <w:br/>
              <w:t xml:space="preserve"> </w:t>
            </w:r>
          </w:p>
        </w:tc>
        <w:tc>
          <w:tcPr>
            <w:tcW w:type="dxa" w:w="3402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 xml:space="preserve"> </w:t>
              <w:br/>
              <w:t xml:space="preserve"> </w:t>
            </w:r>
          </w:p>
        </w:tc>
      </w:tr>
      <w:tr>
        <w:tc>
          <w:tcPr>
            <w:tcW w:type="dxa" w:w="3402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עוגה</w:t>
            </w:r>
          </w:p>
        </w:tc>
        <w:tc>
          <w:tcPr>
            <w:tcW w:type="dxa" w:w="3402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 xml:space="preserve"> </w:t>
              <w:br/>
              <w:t xml:space="preserve"> </w:t>
            </w:r>
          </w:p>
        </w:tc>
        <w:tc>
          <w:tcPr>
            <w:tcW w:type="dxa" w:w="3402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 xml:space="preserve"> </w:t>
              <w:br/>
              <w:t xml:space="preserve"> </w:t>
            </w:r>
          </w:p>
        </w:tc>
      </w:tr>
      <w:tr>
        <w:tc>
          <w:tcPr>
            <w:tcW w:type="dxa" w:w="3402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חדר</w:t>
            </w:r>
          </w:p>
        </w:tc>
        <w:tc>
          <w:tcPr>
            <w:tcW w:type="dxa" w:w="3402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 xml:space="preserve"> </w:t>
              <w:br/>
              <w:t xml:space="preserve"> </w:t>
            </w:r>
          </w:p>
        </w:tc>
        <w:tc>
          <w:tcPr>
            <w:tcW w:type="dxa" w:w="3402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 xml:space="preserve"> </w:t>
              <w:br/>
              <w:t xml:space="preserve"> </w:t>
            </w:r>
          </w:p>
        </w:tc>
      </w:tr>
    </w:tbl>
    <w:p>
      <w:pPr>
        <w:bidi/>
        <w:spacing w:after="80" w:before="0"/>
        <w:jc w:val="right"/>
      </w:pP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206"/>
      </w:tblGrid>
      <w:tr>
        <w:tc>
          <w:tcPr>
            <w:tcW w:type="dxa" w:w="10206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color w:val="555555"/>
                <w:sz w:val="20"/>
                <w:u w:val="none"/>
                <w:rtl/>
                <w:szCs w:val="20"/>
              </w:rPr>
              <w:t>✂ - - - - - - - - - - - - - - - - - - - - - - - - - - - - - - -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/>
                <w:color w:val="C0392B"/>
                <w:sz w:val="28"/>
                <w:u w:val="none"/>
                <w:rtl/>
                <w:bCs/>
                <w:szCs w:val="28"/>
              </w:rPr>
              <w:t>כרטיס יציאה 🔗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4"/>
                <w:u w:val="none"/>
                <w:rtl/>
                <w:szCs w:val="24"/>
              </w:rPr>
              <w:t>איך אני יודע/ת שזה צירוף סמיכות: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color w:val="9AA3AD"/>
                <w:sz w:val="20"/>
                <w:u w:val="none"/>
                <w:rtl/>
                <w:szCs w:val="20"/>
              </w:rPr>
              <w:t>______________________________________________________________________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4"/>
                <w:u w:val="none"/>
                <w:rtl/>
                <w:szCs w:val="24"/>
              </w:rPr>
              <w:t>צירוף סמיכות משלי: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color w:val="9AA3AD"/>
                <w:sz w:val="20"/>
                <w:u w:val="none"/>
                <w:rtl/>
                <w:szCs w:val="20"/>
              </w:rPr>
              <w:t>______________________________________________________________________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4"/>
                <w:u w:val="none"/>
                <w:rtl/>
                <w:szCs w:val="24"/>
              </w:rPr>
              <w:t>😀 🙂 😐 😕 (הקיפו)</w:t>
            </w:r>
          </w:p>
        </w:tc>
      </w:tr>
    </w:tbl>
    <w:p>
      <w:pPr>
        <w:bidi/>
        <w:spacing w:after="80" w:before="0"/>
        <w:jc w:val="right"/>
      </w:pPr>
    </w:p>
    <w:p>
      <w:r>
        <w:br w:type="page"/>
      </w:r>
    </w:p>
    <w:p>
      <w:pPr>
        <w:bidi/>
        <w:spacing w:after="40" w:before="0"/>
        <w:jc w:val="center"/>
      </w:pPr>
      <w:r>
        <w:rPr>
          <w:rFonts w:ascii="Arial" w:hAnsi="Arial" w:cs="Arial"/>
          <w:b/>
          <w:color w:val="C0392B"/>
          <w:sz w:val="22"/>
          <w:u w:val="none"/>
          <w:rtl/>
          <w:bCs/>
          <w:szCs w:val="22"/>
        </w:rPr>
        <w:t>רמה מתקדמת</w:t>
      </w:r>
    </w:p>
    <w:p>
      <w:pPr>
        <w:bidi/>
        <w:spacing w:after="40" w:before="0"/>
        <w:jc w:val="center"/>
      </w:pPr>
      <w:r>
        <w:rPr>
          <w:rFonts w:ascii="Arial" w:hAnsi="Arial" w:cs="Arial"/>
          <w:b/>
          <w:color w:val="C0392B"/>
          <w:sz w:val="48"/>
          <w:u w:val="none"/>
          <w:rtl/>
          <w:bCs/>
          <w:szCs w:val="48"/>
        </w:rPr>
        <w:t>🔗 דרכי זיהוי: סמיכות ושם ותוארו</w:t>
      </w:r>
    </w:p>
    <w:p>
      <w:pPr>
        <w:bidi/>
        <w:spacing w:after="40" w:before="0"/>
        <w:jc w:val="center"/>
      </w:pPr>
      <w:r>
        <w:rPr>
          <w:rFonts w:ascii="Arial" w:hAnsi="Arial" w:cs="Arial"/>
          <w:b w:val="0"/>
          <w:color w:val="4B5563"/>
          <w:sz w:val="26"/>
          <w:u w:val="none"/>
          <w:rtl/>
          <w:szCs w:val="26"/>
        </w:rPr>
        <w:t>צורת הנסמך, צירוף מורכב ועריכה</w:t>
      </w:r>
    </w:p>
    <w:p>
      <w:pPr>
        <w:bidi/>
        <w:spacing w:after="160" w:before="0"/>
        <w:jc w:val="center"/>
      </w:pPr>
      <w:r>
        <w:rPr>
          <w:rFonts w:ascii="Arial" w:hAnsi="Arial" w:cs="Arial"/>
          <w:b/>
          <w:color w:val="C0392B"/>
          <w:sz w:val="22"/>
          <w:u w:val="none"/>
          <w:rtl/>
          <w:bCs/>
          <w:szCs w:val="22"/>
        </w:rPr>
        <w:t>כיתה ו׳</w:t>
      </w:r>
    </w:p>
    <w:p>
      <w:pPr>
        <w:bidi/>
        <w:spacing w:after="200" w:before="0"/>
        <w:jc w:val="right"/>
      </w:pPr>
      <w:r>
        <w:rPr>
          <w:rFonts w:ascii="Arial" w:hAnsi="Arial" w:cs="Arial"/>
          <w:b/>
          <w:sz w:val="24"/>
          <w:u w:val="none"/>
          <w:rtl/>
          <w:bCs/>
          <w:szCs w:val="24"/>
        </w:rPr>
        <w:t xml:space="preserve">שם: </w:t>
      </w:r>
      <w:r>
        <w:rPr>
          <w:rFonts w:ascii="Arial" w:hAnsi="Arial" w:cs="Arial"/>
          <w:b/>
          <w:sz w:val="24"/>
          <w:u w:val="single"/>
          <w:rtl/>
          <w:bCs/>
          <w:szCs w:val="24"/>
        </w:rPr>
        <w:t>_</w:t>
      </w:r>
      <w:r>
        <w:rPr>
          <w:rFonts w:ascii="Arial" w:hAnsi="Arial" w:cs="Arial"/>
          <w:b/>
          <w:sz w:val="24"/>
          <w:u w:val="single"/>
          <w:rtl/>
          <w:bCs/>
          <w:szCs w:val="24"/>
        </w:rPr>
        <w:t>_</w:t>
      </w:r>
      <w:r>
        <w:rPr>
          <w:rFonts w:ascii="Arial" w:hAnsi="Arial" w:cs="Arial"/>
          <w:b/>
          <w:sz w:val="24"/>
          <w:u w:val="single"/>
          <w:rtl/>
          <w:bCs/>
          <w:szCs w:val="24"/>
        </w:rPr>
        <w:t xml:space="preserve">__   כיתה: </w:t>
      </w:r>
      <w:r>
        <w:rPr>
          <w:rFonts w:ascii="Arial" w:hAnsi="Arial" w:cs="Arial"/>
          <w:b/>
          <w:sz w:val="24"/>
          <w:u w:val="single"/>
          <w:rtl/>
          <w:bCs/>
          <w:szCs w:val="24"/>
        </w:rPr>
        <w:t>_</w:t>
      </w:r>
      <w:r>
        <w:rPr>
          <w:rFonts w:ascii="Arial" w:hAnsi="Arial" w:cs="Arial"/>
          <w:b/>
          <w:sz w:val="24"/>
          <w:u w:val="none"/>
          <w:rtl/>
          <w:bCs/>
          <w:szCs w:val="24"/>
        </w:rPr>
        <w:t xml:space="preserve">_   תאריך: </w:t>
      </w:r>
      <w:r>
        <w:rPr>
          <w:rFonts w:ascii="Arial" w:hAnsi="Arial" w:cs="Arial"/>
          <w:b/>
          <w:sz w:val="24"/>
          <w:u w:val="single"/>
          <w:rtl/>
          <w:bCs/>
          <w:szCs w:val="24"/>
        </w:rPr>
        <w:t>_</w:t>
      </w:r>
      <w:r>
        <w:rPr>
          <w:rFonts w:ascii="Arial" w:hAnsi="Arial" w:cs="Arial"/>
          <w:b/>
          <w:sz w:val="24"/>
          <w:u w:val="single"/>
          <w:rtl/>
          <w:bCs/>
          <w:szCs w:val="24"/>
        </w:rPr>
        <w:t>_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206"/>
      </w:tblGrid>
      <w:tr>
        <w:tc>
          <w:tcPr>
            <w:tcW w:type="dxa" w:w="10206"/>
            <w:shd w:val="clear" w:color="auto" w:fill="fdecea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/>
                <w:color w:val="C0392B"/>
                <w:sz w:val="30"/>
                <w:u w:val="none"/>
                <w:rtl/>
                <w:bCs/>
                <w:szCs w:val="30"/>
              </w:rPr>
              <w:t>חלק א׳ – דף הזיהוי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3"/>
                <w:u w:val="none"/>
                <w:rtl/>
                <w:szCs w:val="23"/>
              </w:rPr>
              <w:t>חמש בדיקות לכל צירוף.</w:t>
            </w:r>
          </w:p>
        </w:tc>
      </w:tr>
    </w:tbl>
    <w:p>
      <w:pPr>
        <w:bidi/>
        <w:spacing w:after="80" w:before="0"/>
        <w:jc w:val="right"/>
      </w:pP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402"/>
        <w:gridCol w:w="3402"/>
        <w:gridCol w:w="3402"/>
      </w:tblGrid>
      <w:tr>
        <w:tc>
          <w:tcPr>
            <w:tcW w:type="dxa" w:w="3402"/>
            <w:shd w:val="clear" w:color="auto" w:fill="fdecea"/>
          </w:tcPr>
          <w:p>
            <w:pPr>
              <w:bidi/>
              <w:spacing w:after="40"/>
              <w:jc w:val="right"/>
            </w:pPr>
          </w:p>
        </w:tc>
        <w:tc>
          <w:tcPr>
            <w:tcW w:type="dxa" w:w="3402"/>
            <w:shd w:val="clear" w:color="auto" w:fill="fdecea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/>
                <w:sz w:val="22"/>
                <w:u w:val="none"/>
                <w:rtl/>
                <w:bCs/>
                <w:szCs w:val="22"/>
              </w:rPr>
              <w:t>צירוף סמיכות 🔗</w:t>
            </w:r>
          </w:p>
        </w:tc>
        <w:tc>
          <w:tcPr>
            <w:tcW w:type="dxa" w:w="3402"/>
            <w:shd w:val="clear" w:color="auto" w:fill="fdecea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/>
                <w:sz w:val="22"/>
                <w:u w:val="none"/>
                <w:rtl/>
                <w:bCs/>
                <w:szCs w:val="22"/>
              </w:rPr>
              <w:t>שם ותוארו 🎨</w:t>
            </w:r>
          </w:p>
        </w:tc>
      </w:tr>
      <w:tr>
        <w:tc>
          <w:tcPr>
            <w:tcW w:type="dxa" w:w="3402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מה זה?</w:t>
            </w:r>
          </w:p>
        </w:tc>
        <w:tc>
          <w:tcPr>
            <w:tcW w:type="dxa" w:w="3402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שני שמות עצם = מושג אחד (נסמך + סומך)</w:t>
            </w:r>
          </w:p>
        </w:tc>
        <w:tc>
          <w:tcPr>
            <w:tcW w:type="dxa" w:w="3402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שם עצם + שם תואר</w:t>
            </w:r>
          </w:p>
        </w:tc>
      </w:tr>
      <w:tr>
        <w:tc>
          <w:tcPr>
            <w:tcW w:type="dxa" w:w="3402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דוגמה</w:t>
            </w:r>
          </w:p>
        </w:tc>
        <w:tc>
          <w:tcPr>
            <w:tcW w:type="dxa" w:w="3402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בית ספר</w:t>
            </w:r>
          </w:p>
        </w:tc>
        <w:tc>
          <w:tcPr>
            <w:tcW w:type="dxa" w:w="3402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ילד גבוה</w:t>
            </w:r>
          </w:p>
        </w:tc>
      </w:tr>
      <w:tr>
        <w:tc>
          <w:tcPr>
            <w:tcW w:type="dxa" w:w="3402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שאלה / בדיקה</w:t>
            </w:r>
          </w:p>
        </w:tc>
        <w:tc>
          <w:tcPr>
            <w:tcW w:type="dxa" w:w="3402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אפשר להכניס "של": בית של ספר</w:t>
            </w:r>
          </w:p>
        </w:tc>
        <w:tc>
          <w:tcPr>
            <w:tcW w:type="dxa" w:w="3402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שואלים "איזה?" ; אפשר "מאוד"</w:t>
            </w:r>
          </w:p>
        </w:tc>
      </w:tr>
      <w:tr>
        <w:tc>
          <w:tcPr>
            <w:tcW w:type="dxa" w:w="3402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ה׳ הידיעה</w:t>
            </w:r>
          </w:p>
        </w:tc>
        <w:tc>
          <w:tcPr>
            <w:tcW w:type="dxa" w:w="3402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רק על המילה השנייה: בית הספר</w:t>
            </w:r>
          </w:p>
        </w:tc>
        <w:tc>
          <w:tcPr>
            <w:tcW w:type="dxa" w:w="3402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על שתי המילים: הילד הגבוה</w:t>
            </w:r>
          </w:p>
        </w:tc>
      </w:tr>
      <w:tr>
        <w:tc>
          <w:tcPr>
            <w:tcW w:type="dxa" w:w="3402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רבים</w:t>
            </w:r>
          </w:p>
        </w:tc>
        <w:tc>
          <w:tcPr>
            <w:tcW w:type="dxa" w:w="3402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משתנה רק הראשונה: בתי ספר</w:t>
            </w:r>
          </w:p>
        </w:tc>
        <w:tc>
          <w:tcPr>
            <w:tcW w:type="dxa" w:w="3402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משתנות שתיהן: ילדים גבוהים</w:t>
            </w:r>
          </w:p>
        </w:tc>
      </w:tr>
      <w:tr>
        <w:tc>
          <w:tcPr>
            <w:tcW w:type="dxa" w:w="3402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הערה</w:t>
            </w:r>
          </w:p>
        </w:tc>
        <w:tc>
          <w:tcPr>
            <w:tcW w:type="dxa" w:w="3402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לפעמים הנסמך משתנה: ילדה ← ילדת גן</w:t>
            </w:r>
          </w:p>
        </w:tc>
        <w:tc>
          <w:tcPr>
            <w:tcW w:type="dxa" w:w="3402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התואר מתאים במין ובמספר</w:t>
            </w:r>
          </w:p>
        </w:tc>
      </w:tr>
    </w:tbl>
    <w:p>
      <w:pPr>
        <w:bidi/>
        <w:spacing w:after="80" w:before="0"/>
        <w:jc w:val="right"/>
      </w:pP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206"/>
      </w:tblGrid>
      <w:tr>
        <w:tc>
          <w:tcPr>
            <w:tcW w:type="dxa" w:w="10206"/>
            <w:shd w:val="clear" w:color="auto" w:fill="fdecea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/>
                <w:color w:val="C0392B"/>
                <w:sz w:val="30"/>
                <w:u w:val="none"/>
                <w:rtl/>
                <w:bCs/>
                <w:szCs w:val="30"/>
              </w:rPr>
              <w:t>חלק ב׳ – נסמך שמשנה צורה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3"/>
                <w:u w:val="none"/>
                <w:rtl/>
                <w:szCs w:val="23"/>
              </w:rPr>
              <w:t>שימו לב לשינויים במילה הראשונה.</w:t>
            </w:r>
          </w:p>
        </w:tc>
      </w:tr>
    </w:tbl>
    <w:p>
      <w:pPr>
        <w:bidi/>
        <w:spacing w:after="80" w:before="0"/>
        <w:jc w:val="right"/>
      </w:pPr>
    </w:p>
    <w:p>
      <w:pPr>
        <w:bidi/>
        <w:spacing w:after="60" w:before="0"/>
        <w:jc w:val="right"/>
      </w:pPr>
      <w:r>
        <w:rPr>
          <w:rFonts w:ascii="Arial" w:hAnsi="Arial" w:cs="Arial"/>
          <w:b/>
          <w:sz w:val="24"/>
          <w:u w:val="none"/>
          <w:rtl/>
          <w:bCs/>
          <w:szCs w:val="24"/>
        </w:rPr>
        <w:t>1.</w:t>
      </w:r>
      <w:r>
        <w:rPr>
          <w:rFonts w:ascii="Arial" w:hAnsi="Arial" w:cs="Arial"/>
          <w:b/>
          <w:sz w:val="24"/>
          <w:u w:val="none"/>
          <w:rtl/>
          <w:bCs/>
          <w:szCs w:val="24"/>
        </w:rPr>
        <w:t xml:space="preserve"> השלימו את צורת הנסמך.  [צורת הנסמך]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402"/>
        <w:gridCol w:w="3402"/>
        <w:gridCol w:w="3402"/>
      </w:tblGrid>
      <w:tr>
        <w:tc>
          <w:tcPr>
            <w:tcW w:type="dxa" w:w="3402"/>
            <w:shd w:val="clear" w:color="auto" w:fill="fdecea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/>
                <w:sz w:val="22"/>
                <w:u w:val="none"/>
                <w:rtl/>
                <w:bCs/>
                <w:szCs w:val="22"/>
              </w:rPr>
              <w:t>המילה</w:t>
            </w:r>
          </w:p>
        </w:tc>
        <w:tc>
          <w:tcPr>
            <w:tcW w:type="dxa" w:w="3402"/>
            <w:shd w:val="clear" w:color="auto" w:fill="fdecea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/>
                <w:sz w:val="22"/>
                <w:u w:val="none"/>
                <w:rtl/>
                <w:bCs/>
                <w:szCs w:val="22"/>
              </w:rPr>
              <w:t>צורת הנסמך</w:t>
            </w:r>
          </w:p>
        </w:tc>
        <w:tc>
          <w:tcPr>
            <w:tcW w:type="dxa" w:w="3402"/>
            <w:shd w:val="clear" w:color="auto" w:fill="fdecea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/>
                <w:sz w:val="22"/>
                <w:u w:val="none"/>
                <w:rtl/>
                <w:bCs/>
                <w:szCs w:val="22"/>
              </w:rPr>
              <w:t>צירוף</w:t>
            </w:r>
          </w:p>
        </w:tc>
      </w:tr>
      <w:tr>
        <w:tc>
          <w:tcPr>
            <w:tcW w:type="dxa" w:w="3402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ילדה</w:t>
            </w:r>
          </w:p>
        </w:tc>
        <w:tc>
          <w:tcPr>
            <w:tcW w:type="dxa" w:w="3402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 xml:space="preserve"> </w:t>
              <w:br/>
              <w:t xml:space="preserve"> </w:t>
            </w:r>
          </w:p>
        </w:tc>
        <w:tc>
          <w:tcPr>
            <w:tcW w:type="dxa" w:w="3402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single"/>
                <w:rtl/>
                <w:szCs w:val="22"/>
              </w:rPr>
              <w:t xml:space="preserve">_ </w:t>
            </w:r>
          </w:p>
        </w:tc>
      </w:tr>
      <w:tr>
        <w:tc>
          <w:tcPr>
            <w:tcW w:type="dxa" w:w="3402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מים</w:t>
            </w:r>
          </w:p>
        </w:tc>
        <w:tc>
          <w:tcPr>
            <w:tcW w:type="dxa" w:w="3402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 xml:space="preserve"> </w:t>
              <w:br/>
              <w:t xml:space="preserve"> </w:t>
            </w:r>
          </w:p>
        </w:tc>
        <w:tc>
          <w:tcPr>
            <w:tcW w:type="dxa" w:w="3402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single"/>
                <w:rtl/>
                <w:szCs w:val="22"/>
              </w:rPr>
              <w:t xml:space="preserve">_ </w:t>
            </w:r>
          </w:p>
        </w:tc>
      </w:tr>
      <w:tr>
        <w:tc>
          <w:tcPr>
            <w:tcW w:type="dxa" w:w="3402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שולחנות</w:t>
            </w:r>
          </w:p>
        </w:tc>
        <w:tc>
          <w:tcPr>
            <w:tcW w:type="dxa" w:w="3402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 xml:space="preserve"> </w:t>
              <w:br/>
              <w:t xml:space="preserve"> </w:t>
            </w:r>
          </w:p>
        </w:tc>
        <w:tc>
          <w:tcPr>
            <w:tcW w:type="dxa" w:w="3402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single"/>
                <w:rtl/>
                <w:szCs w:val="22"/>
              </w:rPr>
              <w:t>_ או</w:t>
            </w:r>
          </w:p>
        </w:tc>
      </w:tr>
      <w:tr>
        <w:tc>
          <w:tcPr>
            <w:tcW w:type="dxa" w:w="3402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שׂדה</w:t>
            </w:r>
          </w:p>
        </w:tc>
        <w:tc>
          <w:tcPr>
            <w:tcW w:type="dxa" w:w="3402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 xml:space="preserve"> </w:t>
              <w:br/>
              <w:t xml:space="preserve"> </w:t>
            </w:r>
          </w:p>
        </w:tc>
        <w:tc>
          <w:tcPr>
            <w:tcW w:type="dxa" w:w="3402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single"/>
                <w:rtl/>
                <w:szCs w:val="22"/>
              </w:rPr>
              <w:t>_ תעו</w:t>
            </w:r>
          </w:p>
        </w:tc>
      </w:tr>
      <w:tr>
        <w:tc>
          <w:tcPr>
            <w:tcW w:type="dxa" w:w="3402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ידיים</w:t>
            </w:r>
          </w:p>
        </w:tc>
        <w:tc>
          <w:tcPr>
            <w:tcW w:type="dxa" w:w="3402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 xml:space="preserve"> </w:t>
              <w:br/>
              <w:t xml:space="preserve"> </w:t>
            </w:r>
          </w:p>
        </w:tc>
        <w:tc>
          <w:tcPr>
            <w:tcW w:type="dxa" w:w="3402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single"/>
                <w:rtl/>
                <w:szCs w:val="22"/>
              </w:rPr>
              <w:t>_ המ</w:t>
            </w:r>
          </w:p>
        </w:tc>
      </w:tr>
    </w:tbl>
    <w:p>
      <w:pPr>
        <w:bidi/>
        <w:spacing w:after="80" w:before="0"/>
        <w:jc w:val="right"/>
      </w:pPr>
    </w:p>
    <w:p>
      <w:pPr>
        <w:bidi/>
        <w:spacing w:after="60" w:before="0"/>
        <w:jc w:val="right"/>
      </w:pPr>
      <w:r>
        <w:rPr>
          <w:rFonts w:ascii="Arial" w:hAnsi="Arial" w:cs="Arial"/>
          <w:b/>
          <w:sz w:val="24"/>
          <w:u w:val="none"/>
          <w:rtl/>
          <w:bCs/>
          <w:szCs w:val="24"/>
        </w:rPr>
        <w:t>2.</w:t>
      </w:r>
      <w:r>
        <w:rPr>
          <w:rFonts w:ascii="Arial" w:hAnsi="Arial" w:cs="Arial"/>
          <w:b/>
          <w:sz w:val="24"/>
          <w:u w:val="none"/>
          <w:rtl/>
          <w:bCs/>
          <w:szCs w:val="24"/>
        </w:rPr>
        <w:t xml:space="preserve"> בצירוף "מגרש הכדורגל החדש" יש גם סמיכות וגם שם ותוארו. הסבירו: מי מתאר את מי?  [צירוף מורכב]</w:t>
      </w:r>
    </w:p>
    <w:p>
      <w:pPr>
        <w:bidi/>
        <w:spacing w:after="120" w:before="0"/>
        <w:jc w:val="right"/>
      </w:pP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</w:r>
    </w:p>
    <w:p>
      <w:pPr>
        <w:bidi/>
        <w:spacing w:after="120" w:before="0"/>
        <w:jc w:val="right"/>
      </w:pP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</w:r>
    </w:p>
    <w:p>
      <w:pPr>
        <w:bidi/>
        <w:spacing w:after="120" w:before="0"/>
        <w:jc w:val="right"/>
      </w:pP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</w:r>
    </w:p>
    <w:p>
      <w:pPr>
        <w:bidi/>
        <w:spacing w:after="80" w:before="0"/>
        <w:jc w:val="right"/>
      </w:pPr>
    </w:p>
    <w:p>
      <w:pPr>
        <w:bidi/>
        <w:spacing w:after="60" w:before="0"/>
        <w:jc w:val="right"/>
      </w:pPr>
      <w:r>
        <w:rPr>
          <w:rFonts w:ascii="Arial" w:hAnsi="Arial" w:cs="Arial"/>
          <w:b/>
          <w:sz w:val="24"/>
          <w:u w:val="none"/>
          <w:rtl/>
          <w:bCs/>
          <w:szCs w:val="24"/>
        </w:rPr>
        <w:t>3.</w:t>
      </w:r>
      <w:r>
        <w:rPr>
          <w:rFonts w:ascii="Arial" w:hAnsi="Arial" w:cs="Arial"/>
          <w:b/>
          <w:sz w:val="24"/>
          <w:u w:val="none"/>
          <w:rtl/>
          <w:bCs/>
          <w:szCs w:val="24"/>
        </w:rPr>
        <w:t xml:space="preserve"> מצאו את השגיאה ותקנו.  [עריכה]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5103"/>
        <w:gridCol w:w="5103"/>
      </w:tblGrid>
      <w:tr>
        <w:tc>
          <w:tcPr>
            <w:tcW w:type="dxa" w:w="5103"/>
            <w:shd w:val="clear" w:color="auto" w:fill="fdecea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/>
                <w:sz w:val="22"/>
                <w:u w:val="none"/>
                <w:rtl/>
                <w:bCs/>
                <w:szCs w:val="22"/>
              </w:rPr>
              <w:t>המשפט</w:t>
            </w:r>
          </w:p>
        </w:tc>
        <w:tc>
          <w:tcPr>
            <w:tcW w:type="dxa" w:w="5103"/>
            <w:shd w:val="clear" w:color="auto" w:fill="fdecea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/>
                <w:sz w:val="22"/>
                <w:u w:val="none"/>
                <w:rtl/>
                <w:bCs/>
                <w:szCs w:val="22"/>
              </w:rPr>
              <w:t>התיקון</w:t>
            </w:r>
          </w:p>
        </w:tc>
      </w:tr>
      <w:tr>
        <w:tc>
          <w:tcPr>
            <w:tcW w:type="dxa" w:w="5103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ההבית ספר שלנו גדול.</w:t>
            </w:r>
          </w:p>
        </w:tc>
        <w:tc>
          <w:tcPr>
            <w:tcW w:type="dxa" w:w="5103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 xml:space="preserve"> </w:t>
              <w:br/>
              <w:t xml:space="preserve"> </w:t>
            </w:r>
          </w:p>
        </w:tc>
      </w:tr>
      <w:tr>
        <w:tc>
          <w:tcPr>
            <w:tcW w:type="dxa" w:w="5103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קניתי שני כדורים רגל.</w:t>
            </w:r>
          </w:p>
        </w:tc>
        <w:tc>
          <w:tcPr>
            <w:tcW w:type="dxa" w:w="5103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 xml:space="preserve"> </w:t>
              <w:br/>
              <w:t xml:space="preserve"> </w:t>
            </w:r>
          </w:p>
        </w:tc>
      </w:tr>
      <w:tr>
        <w:tc>
          <w:tcPr>
            <w:tcW w:type="dxa" w:w="5103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שמלת כלה הלבנים.</w:t>
            </w:r>
          </w:p>
        </w:tc>
        <w:tc>
          <w:tcPr>
            <w:tcW w:type="dxa" w:w="5103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 xml:space="preserve"> </w:t>
              <w:br/>
              <w:t xml:space="preserve"> </w:t>
            </w:r>
          </w:p>
        </w:tc>
      </w:tr>
    </w:tbl>
    <w:p>
      <w:pPr>
        <w:bidi/>
        <w:spacing w:after="80" w:before="0"/>
        <w:jc w:val="right"/>
      </w:pP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206"/>
      </w:tblGrid>
      <w:tr>
        <w:tc>
          <w:tcPr>
            <w:tcW w:type="dxa" w:w="10206"/>
            <w:shd w:val="clear" w:color="auto" w:fill="fdecea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/>
                <w:color w:val="C0392B"/>
                <w:sz w:val="30"/>
                <w:u w:val="none"/>
                <w:rtl/>
                <w:bCs/>
                <w:szCs w:val="30"/>
              </w:rPr>
              <w:t>חלק ג׳ – משחק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3"/>
                <w:u w:val="none"/>
                <w:rtl/>
                <w:szCs w:val="23"/>
              </w:rPr>
              <w:t>תשבץ צירופים.</w:t>
            </w:r>
          </w:p>
        </w:tc>
      </w:tr>
    </w:tbl>
    <w:p>
      <w:pPr>
        <w:bidi/>
        <w:spacing w:after="80" w:before="0"/>
        <w:jc w:val="right"/>
      </w:pPr>
    </w:p>
    <w:p>
      <w:pPr>
        <w:bidi/>
        <w:spacing w:after="60" w:before="0"/>
        <w:jc w:val="right"/>
      </w:pPr>
      <w:r>
        <w:rPr>
          <w:rFonts w:ascii="Arial" w:hAnsi="Arial" w:cs="Arial"/>
          <w:b/>
          <w:sz w:val="24"/>
          <w:u w:val="none"/>
          <w:rtl/>
          <w:bCs/>
          <w:szCs w:val="24"/>
        </w:rPr>
        <w:t>4.</w:t>
      </w:r>
      <w:r>
        <w:rPr>
          <w:rFonts w:ascii="Arial" w:hAnsi="Arial" w:cs="Arial"/>
          <w:b/>
          <w:sz w:val="24"/>
          <w:u w:val="none"/>
          <w:rtl/>
          <w:bCs/>
          <w:szCs w:val="24"/>
        </w:rPr>
        <w:t xml:space="preserve"> פתרו: השלימו את המילה החסרה בצירוף.  [משחק]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458"/>
        <w:gridCol w:w="1458"/>
        <w:gridCol w:w="1458"/>
        <w:gridCol w:w="1458"/>
        <w:gridCol w:w="1458"/>
        <w:gridCol w:w="1458"/>
        <w:gridCol w:w="1458"/>
      </w:tblGrid>
      <w:tr>
        <w:tc>
          <w:tcPr>
            <w:tcW w:type="dxa" w:w="1458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14"/>
                <w:u w:val="none"/>
                <w:rtl/>
                <w:szCs w:val="14"/>
              </w:rPr>
              <w:t>1</w:t>
            </w:r>
          </w:p>
        </w:tc>
        <w:tc>
          <w:tcPr>
            <w:tcW w:type="dxa" w:w="1458"/>
          </w:tcPr>
          <w:p>
            <w:pPr>
              <w:bidi/>
              <w:spacing w:after="40"/>
              <w:jc w:val="right"/>
            </w:pPr>
          </w:p>
        </w:tc>
        <w:tc>
          <w:tcPr>
            <w:tcW w:type="dxa" w:w="1458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14"/>
                <w:u w:val="none"/>
                <w:rtl/>
                <w:szCs w:val="14"/>
              </w:rPr>
              <w:t>2</w:t>
            </w:r>
          </w:p>
        </w:tc>
        <w:tc>
          <w:tcPr>
            <w:tcW w:type="dxa" w:w="1458"/>
            <w:shd w:val="clear" w:color="auto" w:fill="333333"/>
          </w:tcPr>
          <w:p/>
        </w:tc>
        <w:tc>
          <w:tcPr>
            <w:tcW w:type="dxa" w:w="1458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14"/>
                <w:u w:val="none"/>
                <w:rtl/>
                <w:szCs w:val="14"/>
              </w:rPr>
              <w:t>3</w:t>
            </w:r>
          </w:p>
        </w:tc>
        <w:tc>
          <w:tcPr>
            <w:tcW w:type="dxa" w:w="1458"/>
            <w:shd w:val="clear" w:color="auto" w:fill="333333"/>
          </w:tcPr>
          <w:p/>
        </w:tc>
        <w:tc>
          <w:tcPr>
            <w:tcW w:type="dxa" w:w="1458"/>
            <w:shd w:val="clear" w:color="auto" w:fill="333333"/>
          </w:tcPr>
          <w:p/>
        </w:tc>
      </w:tr>
      <w:tr>
        <w:tc>
          <w:tcPr>
            <w:tcW w:type="dxa" w:w="1458"/>
            <w:shd w:val="clear" w:color="auto" w:fill="333333"/>
          </w:tcPr>
          <w:p/>
        </w:tc>
        <w:tc>
          <w:tcPr>
            <w:tcW w:type="dxa" w:w="1458"/>
            <w:shd w:val="clear" w:color="auto" w:fill="333333"/>
          </w:tcPr>
          <w:p/>
        </w:tc>
        <w:tc>
          <w:tcPr>
            <w:tcW w:type="dxa" w:w="1458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14"/>
                <w:u w:val="none"/>
                <w:rtl/>
                <w:szCs w:val="14"/>
              </w:rPr>
              <w:t>4</w:t>
            </w:r>
          </w:p>
        </w:tc>
        <w:tc>
          <w:tcPr>
            <w:tcW w:type="dxa" w:w="1458"/>
          </w:tcPr>
          <w:p>
            <w:pPr>
              <w:bidi/>
              <w:spacing w:after="40"/>
              <w:jc w:val="right"/>
            </w:pPr>
          </w:p>
        </w:tc>
        <w:tc>
          <w:tcPr>
            <w:tcW w:type="dxa" w:w="1458"/>
          </w:tcPr>
          <w:p>
            <w:pPr>
              <w:bidi/>
              <w:spacing w:after="40"/>
              <w:jc w:val="right"/>
            </w:pPr>
          </w:p>
        </w:tc>
        <w:tc>
          <w:tcPr>
            <w:tcW w:type="dxa" w:w="1458"/>
          </w:tcPr>
          <w:p>
            <w:pPr>
              <w:bidi/>
              <w:spacing w:after="40"/>
              <w:jc w:val="right"/>
            </w:pPr>
          </w:p>
        </w:tc>
        <w:tc>
          <w:tcPr>
            <w:tcW w:type="dxa" w:w="1458"/>
          </w:tcPr>
          <w:p>
            <w:pPr>
              <w:bidi/>
              <w:spacing w:after="40"/>
              <w:jc w:val="right"/>
            </w:pPr>
          </w:p>
        </w:tc>
      </w:tr>
      <w:tr>
        <w:tc>
          <w:tcPr>
            <w:tcW w:type="dxa" w:w="1458"/>
            <w:shd w:val="clear" w:color="auto" w:fill="333333"/>
          </w:tcPr>
          <w:p/>
        </w:tc>
        <w:tc>
          <w:tcPr>
            <w:tcW w:type="dxa" w:w="1458"/>
            <w:shd w:val="clear" w:color="auto" w:fill="333333"/>
          </w:tcPr>
          <w:p/>
        </w:tc>
        <w:tc>
          <w:tcPr>
            <w:tcW w:type="dxa" w:w="1458"/>
          </w:tcPr>
          <w:p>
            <w:pPr>
              <w:bidi/>
              <w:spacing w:after="40"/>
              <w:jc w:val="right"/>
            </w:pPr>
          </w:p>
        </w:tc>
        <w:tc>
          <w:tcPr>
            <w:tcW w:type="dxa" w:w="1458"/>
            <w:shd w:val="clear" w:color="auto" w:fill="333333"/>
          </w:tcPr>
          <w:p/>
        </w:tc>
        <w:tc>
          <w:tcPr>
            <w:tcW w:type="dxa" w:w="1458"/>
          </w:tcPr>
          <w:p>
            <w:pPr>
              <w:bidi/>
              <w:spacing w:after="40"/>
              <w:jc w:val="right"/>
            </w:pPr>
          </w:p>
        </w:tc>
        <w:tc>
          <w:tcPr>
            <w:tcW w:type="dxa" w:w="1458"/>
            <w:shd w:val="clear" w:color="auto" w:fill="333333"/>
          </w:tcPr>
          <w:p/>
        </w:tc>
        <w:tc>
          <w:tcPr>
            <w:tcW w:type="dxa" w:w="1458"/>
            <w:shd w:val="clear" w:color="auto" w:fill="333333"/>
          </w:tcPr>
          <w:p/>
        </w:tc>
      </w:tr>
      <w:tr>
        <w:tc>
          <w:tcPr>
            <w:tcW w:type="dxa" w:w="1458"/>
            <w:shd w:val="clear" w:color="auto" w:fill="333333"/>
          </w:tcPr>
          <w:p/>
        </w:tc>
        <w:tc>
          <w:tcPr>
            <w:tcW w:type="dxa" w:w="1458"/>
            <w:shd w:val="clear" w:color="auto" w:fill="333333"/>
          </w:tcPr>
          <w:p/>
        </w:tc>
        <w:tc>
          <w:tcPr>
            <w:tcW w:type="dxa" w:w="1458"/>
            <w:shd w:val="clear" w:color="auto" w:fill="333333"/>
          </w:tcPr>
          <w:p/>
        </w:tc>
        <w:tc>
          <w:tcPr>
            <w:tcW w:type="dxa" w:w="1458"/>
            <w:shd w:val="clear" w:color="auto" w:fill="333333"/>
          </w:tcPr>
          <w:p/>
        </w:tc>
        <w:tc>
          <w:tcPr>
            <w:tcW w:type="dxa" w:w="1458"/>
          </w:tcPr>
          <w:p>
            <w:pPr>
              <w:bidi/>
              <w:spacing w:after="40"/>
              <w:jc w:val="right"/>
            </w:pPr>
          </w:p>
        </w:tc>
        <w:tc>
          <w:tcPr>
            <w:tcW w:type="dxa" w:w="1458"/>
            <w:shd w:val="clear" w:color="auto" w:fill="333333"/>
          </w:tcPr>
          <w:p/>
        </w:tc>
        <w:tc>
          <w:tcPr>
            <w:tcW w:type="dxa" w:w="1458"/>
            <w:shd w:val="clear" w:color="auto" w:fill="333333"/>
          </w:tcPr>
          <w:p/>
        </w:tc>
      </w:tr>
    </w:tbl>
    <w:p>
      <w:pPr>
        <w:bidi/>
        <w:spacing w:after="80" w:before="0"/>
        <w:jc w:val="right"/>
      </w:pPr>
    </w:p>
    <w:p>
      <w:pPr>
        <w:bidi/>
        <w:spacing w:after="40" w:before="0"/>
        <w:jc w:val="right"/>
      </w:pPr>
      <w:r>
        <w:rPr>
          <w:rFonts w:ascii="Arial" w:hAnsi="Arial" w:cs="Arial"/>
          <w:b/>
          <w:color w:val="C0392B"/>
          <w:sz w:val="24"/>
          <w:u w:val="none"/>
          <w:rtl/>
          <w:bCs/>
          <w:szCs w:val="24"/>
        </w:rPr>
        <w:t>מאוזן ←</w:t>
      </w:r>
    </w:p>
    <w:p>
      <w:pPr>
        <w:bidi/>
        <w:spacing w:after="40" w:before="0"/>
        <w:jc w:val="right"/>
      </w:pPr>
      <w:r>
        <w:rPr>
          <w:rFonts w:ascii="Arial" w:hAnsi="Arial" w:cs="Arial"/>
          <w:b w:val="0"/>
          <w:sz w:val="22"/>
          <w:u w:val="none"/>
          <w:rtl/>
          <w:szCs w:val="22"/>
        </w:rPr>
        <w:t>1. בית ___ – שם הסמיכות של המקום שבו לומדים (3)</w:t>
      </w:r>
    </w:p>
    <w:p>
      <w:pPr>
        <w:bidi/>
        <w:spacing w:after="40" w:before="0"/>
        <w:jc w:val="right"/>
      </w:pPr>
      <w:r>
        <w:rPr>
          <w:rFonts w:ascii="Arial" w:hAnsi="Arial" w:cs="Arial"/>
          <w:b w:val="0"/>
          <w:sz w:val="22"/>
          <w:u w:val="none"/>
          <w:rtl/>
          <w:szCs w:val="22"/>
        </w:rPr>
        <w:t>4. עוגת ___ (5)</w:t>
      </w:r>
    </w:p>
    <w:p>
      <w:pPr>
        <w:bidi/>
        <w:spacing w:after="40" w:before="0"/>
        <w:jc w:val="right"/>
      </w:pPr>
      <w:r>
        <w:rPr>
          <w:rFonts w:ascii="Arial" w:hAnsi="Arial" w:cs="Arial"/>
          <w:b/>
          <w:color w:val="C0392B"/>
          <w:sz w:val="24"/>
          <w:u w:val="none"/>
          <w:rtl/>
          <w:bCs/>
          <w:szCs w:val="24"/>
        </w:rPr>
        <w:t>מאונך ↓</w:t>
      </w:r>
    </w:p>
    <w:p>
      <w:pPr>
        <w:bidi/>
        <w:spacing w:after="40" w:before="0"/>
        <w:jc w:val="right"/>
      </w:pPr>
      <w:r>
        <w:rPr>
          <w:rFonts w:ascii="Arial" w:hAnsi="Arial" w:cs="Arial"/>
          <w:b w:val="0"/>
          <w:sz w:val="22"/>
          <w:u w:val="none"/>
          <w:rtl/>
          <w:szCs w:val="22"/>
        </w:rPr>
        <w:t>2. כדור ___ (3)</w:t>
      </w:r>
    </w:p>
    <w:p>
      <w:pPr>
        <w:bidi/>
        <w:spacing w:after="40" w:before="0"/>
        <w:jc w:val="right"/>
      </w:pPr>
      <w:r>
        <w:rPr>
          <w:rFonts w:ascii="Arial" w:hAnsi="Arial" w:cs="Arial"/>
          <w:b w:val="0"/>
          <w:sz w:val="22"/>
          <w:u w:val="none"/>
          <w:rtl/>
          <w:szCs w:val="22"/>
        </w:rPr>
        <w:t>3. גן ___ (4)</w:t>
      </w:r>
    </w:p>
    <w:p>
      <w:pPr>
        <w:bidi/>
        <w:spacing w:after="80" w:before="0"/>
        <w:jc w:val="right"/>
      </w:pP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206"/>
      </w:tblGrid>
      <w:tr>
        <w:tc>
          <w:tcPr>
            <w:tcW w:type="dxa" w:w="10206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color w:val="555555"/>
                <w:sz w:val="20"/>
                <w:u w:val="none"/>
                <w:rtl/>
                <w:szCs w:val="20"/>
              </w:rPr>
              <w:t>✂ - - - - - - - - - - - - - - - - - - - - - - - - - - - - - - -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/>
                <w:color w:val="C0392B"/>
                <w:sz w:val="28"/>
                <w:u w:val="none"/>
                <w:rtl/>
                <w:bCs/>
                <w:szCs w:val="28"/>
              </w:rPr>
              <w:t>כרטיס יציאה 🔗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4"/>
                <w:u w:val="none"/>
                <w:rtl/>
                <w:szCs w:val="24"/>
              </w:rPr>
              <w:t>בדיקה אחת שמבדילה בין הצירופים: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color w:val="9AA3AD"/>
                <w:sz w:val="20"/>
                <w:u w:val="none"/>
                <w:rtl/>
                <w:szCs w:val="20"/>
              </w:rPr>
              <w:t>______________________________________________________________________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4"/>
                <w:u w:val="none"/>
                <w:rtl/>
                <w:szCs w:val="24"/>
              </w:rPr>
              <w:t>נסמך שמשנה צורה: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color w:val="9AA3AD"/>
                <w:sz w:val="20"/>
                <w:u w:val="none"/>
                <w:rtl/>
                <w:szCs w:val="20"/>
              </w:rPr>
              <w:t>______________________________________________________________________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4"/>
                <w:u w:val="none"/>
                <w:rtl/>
                <w:szCs w:val="24"/>
              </w:rPr>
              <w:t>😀 🙂 😐 😕 (הקיפו)</w:t>
            </w:r>
          </w:p>
        </w:tc>
      </w:tr>
    </w:tbl>
    <w:p>
      <w:pPr>
        <w:bidi/>
        <w:spacing w:after="80" w:before="0"/>
        <w:jc w:val="right"/>
      </w:pPr>
    </w:p>
    <w:p>
      <w:r>
        <w:br w:type="page"/>
      </w:r>
    </w:p>
    <w:p>
      <w:pPr>
        <w:bidi/>
        <w:spacing w:after="40" w:before="0"/>
        <w:jc w:val="center"/>
      </w:pPr>
      <w:r>
        <w:rPr>
          <w:rFonts w:ascii="Arial" w:hAnsi="Arial" w:cs="Arial"/>
          <w:b/>
          <w:color w:val="C0392B"/>
          <w:sz w:val="22"/>
          <w:u w:val="none"/>
          <w:rtl/>
          <w:bCs/>
          <w:szCs w:val="22"/>
        </w:rPr>
        <w:t>רמה מותאמת – עולים וחנ״מ</w:t>
      </w:r>
    </w:p>
    <w:p>
      <w:pPr>
        <w:bidi/>
        <w:spacing w:after="40" w:before="0"/>
        <w:jc w:val="center"/>
      </w:pPr>
      <w:r>
        <w:rPr>
          <w:rFonts w:ascii="Arial" w:hAnsi="Arial" w:cs="Arial"/>
          <w:b/>
          <w:color w:val="C0392B"/>
          <w:sz w:val="48"/>
          <w:u w:val="none"/>
          <w:rtl/>
          <w:bCs/>
          <w:szCs w:val="48"/>
        </w:rPr>
        <w:t>🔗 שְׁתֵּי מִלִּים – דָּבָר אֶחָד</w:t>
      </w:r>
    </w:p>
    <w:p>
      <w:pPr>
        <w:bidi/>
        <w:spacing w:after="40" w:before="0"/>
        <w:jc w:val="center"/>
      </w:pPr>
      <w:r>
        <w:rPr>
          <w:rFonts w:ascii="Arial" w:hAnsi="Arial" w:cs="Arial"/>
          <w:b w:val="0"/>
          <w:color w:val="4B5563"/>
          <w:sz w:val="26"/>
          <w:u w:val="none"/>
          <w:rtl/>
          <w:szCs w:val="26"/>
        </w:rPr>
        <w:t>הֶכֵּרוּת רִאשׁוֹנָה עִם צֵרוּפִים</w:t>
      </w:r>
    </w:p>
    <w:p>
      <w:pPr>
        <w:bidi/>
        <w:spacing w:after="160" w:before="0"/>
        <w:jc w:val="center"/>
      </w:pPr>
      <w:r>
        <w:rPr>
          <w:rFonts w:ascii="Arial" w:hAnsi="Arial" w:cs="Arial"/>
          <w:b/>
          <w:color w:val="C0392B"/>
          <w:sz w:val="22"/>
          <w:u w:val="none"/>
          <w:rtl/>
          <w:bCs/>
          <w:szCs w:val="22"/>
        </w:rPr>
        <w:t>כיתות ג׳–ד׳ · עולים · חנ״מ · עם ניקוד</w:t>
      </w:r>
    </w:p>
    <w:p>
      <w:pPr>
        <w:bidi/>
        <w:spacing w:after="200" w:before="0"/>
        <w:jc w:val="right"/>
      </w:pPr>
      <w:r>
        <w:rPr>
          <w:rFonts w:ascii="Arial" w:hAnsi="Arial" w:cs="Arial"/>
          <w:b/>
          <w:sz w:val="28"/>
          <w:u w:val="none"/>
          <w:rtl/>
          <w:bCs/>
          <w:szCs w:val="28"/>
        </w:rPr>
        <w:t xml:space="preserve">שֵׁם: </w:t>
      </w:r>
      <w:r>
        <w:rPr>
          <w:rFonts w:ascii="Arial" w:hAnsi="Arial" w:cs="Arial"/>
          <w:b/>
          <w:sz w:val="28"/>
          <w:u w:val="single"/>
          <w:rtl/>
          <w:bCs/>
          <w:szCs w:val="28"/>
        </w:rPr>
        <w:t>_</w:t>
      </w:r>
      <w:r>
        <w:rPr>
          <w:rFonts w:ascii="Arial" w:hAnsi="Arial" w:cs="Arial"/>
          <w:b/>
          <w:sz w:val="28"/>
          <w:u w:val="single"/>
          <w:rtl/>
          <w:bCs/>
          <w:szCs w:val="28"/>
        </w:rPr>
        <w:t>_</w:t>
      </w:r>
      <w:r>
        <w:rPr>
          <w:rFonts w:ascii="Arial" w:hAnsi="Arial" w:cs="Arial"/>
          <w:b/>
          <w:sz w:val="28"/>
          <w:u w:val="single"/>
          <w:rtl/>
          <w:bCs/>
          <w:szCs w:val="28"/>
        </w:rPr>
        <w:t xml:space="preserve">__   כִּתָּה: </w:t>
      </w:r>
      <w:r>
        <w:rPr>
          <w:rFonts w:ascii="Arial" w:hAnsi="Arial" w:cs="Arial"/>
          <w:b/>
          <w:sz w:val="28"/>
          <w:u w:val="single"/>
          <w:rtl/>
          <w:bCs/>
          <w:szCs w:val="28"/>
        </w:rPr>
        <w:t>_</w:t>
      </w:r>
      <w:r>
        <w:rPr>
          <w:rFonts w:ascii="Arial" w:hAnsi="Arial" w:cs="Arial"/>
          <w:b/>
          <w:sz w:val="28"/>
          <w:u w:val="none"/>
          <w:rtl/>
          <w:bCs/>
          <w:szCs w:val="28"/>
        </w:rPr>
        <w:t xml:space="preserve">_   תַּאֲרִיךְ: </w:t>
      </w:r>
      <w:r>
        <w:rPr>
          <w:rFonts w:ascii="Arial" w:hAnsi="Arial" w:cs="Arial"/>
          <w:b/>
          <w:sz w:val="28"/>
          <w:u w:val="single"/>
          <w:rtl/>
          <w:bCs/>
          <w:szCs w:val="28"/>
        </w:rPr>
        <w:t>_</w:t>
      </w:r>
      <w:r>
        <w:rPr>
          <w:rFonts w:ascii="Arial" w:hAnsi="Arial" w:cs="Arial"/>
          <w:b/>
          <w:sz w:val="28"/>
          <w:u w:val="single"/>
          <w:rtl/>
          <w:bCs/>
          <w:szCs w:val="28"/>
        </w:rPr>
        <w:t>_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206"/>
      </w:tblGrid>
      <w:tr>
        <w:tc>
          <w:tcPr>
            <w:tcW w:type="dxa" w:w="10206"/>
            <w:shd w:val="clear" w:color="auto" w:fill="fdecea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/>
                <w:color w:val="C0392B"/>
                <w:sz w:val="30"/>
                <w:u w:val="none"/>
                <w:rtl/>
                <w:bCs/>
                <w:szCs w:val="30"/>
              </w:rPr>
              <w:t>חֵלֶק א׳ – שְׁתֵּי מִלִּים – דָּבָר אֶחָד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3"/>
                <w:u w:val="none"/>
                <w:rtl/>
                <w:szCs w:val="23"/>
              </w:rPr>
              <w:t>לִפְעָמִים שְׁתֵּי מִלִּים הֵן שֵׁם שֶׁל דָּבָר אֶחָד.</w:t>
            </w:r>
          </w:p>
        </w:tc>
      </w:tr>
    </w:tbl>
    <w:p>
      <w:pPr>
        <w:bidi/>
        <w:spacing w:after="80" w:before="0"/>
        <w:jc w:val="right"/>
      </w:pP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402"/>
        <w:gridCol w:w="3402"/>
        <w:gridCol w:w="3402"/>
      </w:tblGrid>
      <w:tr>
        <w:tc>
          <w:tcPr>
            <w:tcW w:type="dxa" w:w="3402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 w:val="0"/>
                <w:sz w:val="44"/>
                <w:u w:val="none"/>
                <w:rtl/>
                <w:szCs w:val="44"/>
              </w:rPr>
              <w:t>🏫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sz w:val="27"/>
                <w:u w:val="none"/>
                <w:rtl/>
                <w:bCs/>
                <w:szCs w:val="27"/>
              </w:rPr>
              <w:t>בֵּית סֵפֶר</w:t>
            </w:r>
          </w:p>
        </w:tc>
        <w:tc>
          <w:tcPr>
            <w:tcW w:type="dxa" w:w="3402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 w:val="0"/>
                <w:sz w:val="44"/>
                <w:u w:val="none"/>
                <w:rtl/>
                <w:szCs w:val="44"/>
              </w:rPr>
              <w:t>⚽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sz w:val="27"/>
                <w:u w:val="none"/>
                <w:rtl/>
                <w:bCs/>
                <w:szCs w:val="27"/>
              </w:rPr>
              <w:t>כַּדּוּר רֶגֶל</w:t>
            </w:r>
          </w:p>
        </w:tc>
        <w:tc>
          <w:tcPr>
            <w:tcW w:type="dxa" w:w="3402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 w:val="0"/>
                <w:sz w:val="44"/>
                <w:u w:val="none"/>
                <w:rtl/>
                <w:szCs w:val="44"/>
              </w:rPr>
              <w:t>🦁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sz w:val="27"/>
                <w:u w:val="none"/>
                <w:rtl/>
                <w:bCs/>
                <w:szCs w:val="27"/>
              </w:rPr>
              <w:t>גַּן חַיּוֹת</w:t>
            </w:r>
          </w:p>
        </w:tc>
      </w:tr>
      <w:tr>
        <w:tc>
          <w:tcPr>
            <w:tcW w:type="dxa" w:w="3402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 w:val="0"/>
                <w:sz w:val="44"/>
                <w:u w:val="none"/>
                <w:rtl/>
                <w:szCs w:val="44"/>
              </w:rPr>
              <w:t>🎂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sz w:val="27"/>
                <w:u w:val="none"/>
                <w:rtl/>
                <w:bCs/>
                <w:szCs w:val="27"/>
              </w:rPr>
              <w:t>עוּגַת יוֹם הֻלֶּדֶת</w:t>
            </w:r>
          </w:p>
        </w:tc>
        <w:tc>
          <w:tcPr>
            <w:tcW w:type="dxa" w:w="3402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 w:val="0"/>
                <w:sz w:val="44"/>
                <w:u w:val="none"/>
                <w:rtl/>
                <w:szCs w:val="44"/>
              </w:rPr>
              <w:t>🧃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sz w:val="27"/>
                <w:u w:val="none"/>
                <w:rtl/>
                <w:bCs/>
                <w:szCs w:val="27"/>
              </w:rPr>
              <w:t>כּוֹס מַיִם</w:t>
            </w:r>
          </w:p>
        </w:tc>
        <w:tc>
          <w:tcPr>
            <w:tcW w:type="dxa" w:w="3402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 w:val="0"/>
                <w:sz w:val="44"/>
                <w:u w:val="none"/>
                <w:rtl/>
                <w:szCs w:val="44"/>
              </w:rPr>
              <w:t>🚌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sz w:val="27"/>
                <w:u w:val="none"/>
                <w:rtl/>
                <w:bCs/>
                <w:szCs w:val="27"/>
              </w:rPr>
              <w:t>תַּחֲנַת אוֹטוֹבּוּס</w:t>
            </w:r>
          </w:p>
        </w:tc>
      </w:tr>
    </w:tbl>
    <w:p>
      <w:pPr>
        <w:bidi/>
        <w:spacing w:after="80" w:before="0"/>
        <w:jc w:val="right"/>
      </w:pPr>
    </w:p>
    <w:p>
      <w:pPr>
        <w:bidi/>
        <w:spacing w:after="60" w:before="0"/>
        <w:jc w:val="right"/>
      </w:pPr>
      <w:r>
        <w:rPr>
          <w:rFonts w:ascii="Arial" w:hAnsi="Arial" w:cs="Arial"/>
          <w:b/>
          <w:sz w:val="28"/>
          <w:u w:val="none"/>
          <w:rtl/>
          <w:bCs/>
          <w:szCs w:val="28"/>
        </w:rPr>
        <w:t>1.</w:t>
      </w:r>
      <w:r>
        <w:rPr>
          <w:rFonts w:ascii="Arial" w:hAnsi="Arial" w:cs="Arial"/>
          <w:b/>
          <w:sz w:val="28"/>
          <w:u w:val="none"/>
          <w:rtl/>
          <w:bCs/>
          <w:szCs w:val="28"/>
        </w:rPr>
        <w:t xml:space="preserve"> הִתְאִימוּ: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5103"/>
        <w:gridCol w:w="5103"/>
      </w:tblGrid>
      <w:tr>
        <w:tc>
          <w:tcPr>
            <w:tcW w:type="dxa" w:w="5103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6"/>
                <w:u w:val="none"/>
                <w:rtl/>
                <w:szCs w:val="26"/>
              </w:rPr>
              <w:t>1. בַּיִת</w:t>
            </w:r>
          </w:p>
        </w:tc>
        <w:tc>
          <w:tcPr>
            <w:tcW w:type="dxa" w:w="5103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6"/>
                <w:u w:val="none"/>
                <w:rtl/>
                <w:szCs w:val="26"/>
              </w:rPr>
              <w:t>(   ) סֵפֶר</w:t>
            </w:r>
          </w:p>
        </w:tc>
      </w:tr>
      <w:tr>
        <w:tc>
          <w:tcPr>
            <w:tcW w:type="dxa" w:w="5103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6"/>
                <w:u w:val="none"/>
                <w:rtl/>
                <w:szCs w:val="26"/>
              </w:rPr>
              <w:t>2. כַּדּוּר</w:t>
            </w:r>
          </w:p>
        </w:tc>
        <w:tc>
          <w:tcPr>
            <w:tcW w:type="dxa" w:w="5103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6"/>
                <w:u w:val="none"/>
                <w:rtl/>
                <w:szCs w:val="26"/>
              </w:rPr>
              <w:t>(   ) מַיִם</w:t>
            </w:r>
          </w:p>
        </w:tc>
      </w:tr>
      <w:tr>
        <w:tc>
          <w:tcPr>
            <w:tcW w:type="dxa" w:w="5103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6"/>
                <w:u w:val="none"/>
                <w:rtl/>
                <w:szCs w:val="26"/>
              </w:rPr>
              <w:t>3. גַּן</w:t>
            </w:r>
          </w:p>
        </w:tc>
        <w:tc>
          <w:tcPr>
            <w:tcW w:type="dxa" w:w="5103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6"/>
                <w:u w:val="none"/>
                <w:rtl/>
                <w:szCs w:val="26"/>
              </w:rPr>
              <w:t>(   ) רֶגֶל</w:t>
            </w:r>
          </w:p>
        </w:tc>
      </w:tr>
      <w:tr>
        <w:tc>
          <w:tcPr>
            <w:tcW w:type="dxa" w:w="5103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6"/>
                <w:u w:val="none"/>
                <w:rtl/>
                <w:szCs w:val="26"/>
              </w:rPr>
              <w:t>4. כּוֹס</w:t>
            </w:r>
          </w:p>
        </w:tc>
        <w:tc>
          <w:tcPr>
            <w:tcW w:type="dxa" w:w="5103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6"/>
                <w:u w:val="none"/>
                <w:rtl/>
                <w:szCs w:val="26"/>
              </w:rPr>
              <w:t>(   ) חַיּוֹת</w:t>
            </w:r>
          </w:p>
        </w:tc>
      </w:tr>
    </w:tbl>
    <w:p>
      <w:pPr>
        <w:bidi/>
        <w:spacing w:after="80" w:before="0"/>
        <w:jc w:val="right"/>
      </w:pP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206"/>
      </w:tblGrid>
      <w:tr>
        <w:tc>
          <w:tcPr>
            <w:tcW w:type="dxa" w:w="10206"/>
            <w:shd w:val="clear" w:color="auto" w:fill="fdecea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/>
                <w:color w:val="C0392B"/>
                <w:sz w:val="30"/>
                <w:u w:val="none"/>
                <w:rtl/>
                <w:bCs/>
                <w:szCs w:val="30"/>
              </w:rPr>
              <w:t>חֵלֶק ב׳ – מִלָּה שֶׁמְּתָאֶרֶת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3"/>
                <w:u w:val="none"/>
                <w:rtl/>
                <w:szCs w:val="23"/>
              </w:rPr>
              <w:t>אֵיזֶה? אֵיזוֹ?</w:t>
            </w:r>
          </w:p>
        </w:tc>
      </w:tr>
    </w:tbl>
    <w:p>
      <w:pPr>
        <w:bidi/>
        <w:spacing w:after="80" w:before="0"/>
        <w:jc w:val="right"/>
      </w:pPr>
    </w:p>
    <w:p>
      <w:pPr>
        <w:bidi/>
        <w:spacing w:after="60" w:before="0"/>
        <w:jc w:val="right"/>
      </w:pPr>
      <w:r>
        <w:rPr>
          <w:rFonts w:ascii="Arial" w:hAnsi="Arial" w:cs="Arial"/>
          <w:b/>
          <w:sz w:val="28"/>
          <w:u w:val="none"/>
          <w:rtl/>
          <w:bCs/>
          <w:szCs w:val="28"/>
        </w:rPr>
        <w:t>2.</w:t>
      </w:r>
      <w:r>
        <w:rPr>
          <w:rFonts w:ascii="Arial" w:hAnsi="Arial" w:cs="Arial"/>
          <w:b/>
          <w:sz w:val="28"/>
          <w:u w:val="none"/>
          <w:rtl/>
          <w:bCs/>
          <w:szCs w:val="28"/>
        </w:rPr>
        <w:t xml:space="preserve"> הִשְׁלִימוּ מִלָּה שֶׁמְּתָאֶרֶת:</w:t>
      </w:r>
    </w:p>
    <w:p>
      <w:pPr>
        <w:bidi/>
        <w:spacing w:after="80" w:before="0"/>
        <w:jc w:val="right"/>
      </w:pPr>
      <w:r>
        <w:rPr>
          <w:rFonts w:ascii="Arial" w:hAnsi="Arial" w:cs="Arial"/>
          <w:b/>
          <w:color w:val="C0392B"/>
          <w:sz w:val="26"/>
          <w:u w:val="none"/>
          <w:rtl/>
          <w:bCs/>
          <w:szCs w:val="26"/>
        </w:rPr>
        <w:t>🔤 מַחְסַן מִלִּים:  גָּדוֹל   |   אֲדֻמָּה   |   שָׂמֵחַ</w:t>
      </w:r>
    </w:p>
    <w:p>
      <w:pPr>
        <w:bidi/>
        <w:spacing w:after="80" w:before="0"/>
        <w:jc w:val="right"/>
      </w:pPr>
      <w:r>
        <w:rPr>
          <w:rFonts w:ascii="Arial" w:hAnsi="Arial" w:cs="Arial"/>
          <w:b w:val="0"/>
          <w:sz w:val="28"/>
          <w:u w:val="none"/>
          <w:rtl/>
          <w:szCs w:val="28"/>
        </w:rPr>
        <w:t xml:space="preserve">יֶלֶד </w:t>
      </w:r>
      <w:r>
        <w:rPr>
          <w:rFonts w:ascii="Arial" w:hAnsi="Arial" w:cs="Arial"/>
          <w:b w:val="0"/>
          <w:sz w:val="28"/>
          <w:u w:val="single"/>
          <w:rtl/>
          <w:szCs w:val="28"/>
        </w:rPr>
        <w:t>_</w:t>
      </w:r>
      <w:r>
        <w:rPr>
          <w:rFonts w:ascii="Arial" w:hAnsi="Arial" w:cs="Arial"/>
          <w:b w:val="0"/>
          <w:sz w:val="28"/>
          <w:u w:val="single"/>
          <w:rtl/>
          <w:szCs w:val="28"/>
        </w:rPr>
        <w:t>_</w:t>
      </w:r>
      <w:r>
        <w:rPr>
          <w:rFonts w:ascii="Arial" w:hAnsi="Arial" w:cs="Arial"/>
          <w:b w:val="0"/>
          <w:sz w:val="28"/>
          <w:u w:val="single"/>
          <w:rtl/>
          <w:szCs w:val="28"/>
        </w:rPr>
        <w:t>_</w:t>
      </w:r>
      <w:r>
        <w:rPr>
          <w:rFonts w:ascii="Arial" w:hAnsi="Arial" w:cs="Arial"/>
          <w:b w:val="0"/>
          <w:sz w:val="28"/>
          <w:u w:val="none"/>
          <w:rtl/>
          <w:szCs w:val="28"/>
        </w:rPr>
        <w:t>.</w:t>
      </w:r>
    </w:p>
    <w:p>
      <w:pPr>
        <w:bidi/>
        <w:spacing w:after="80" w:before="0"/>
        <w:jc w:val="right"/>
      </w:pPr>
      <w:r>
        <w:rPr>
          <w:rFonts w:ascii="Arial" w:hAnsi="Arial" w:cs="Arial"/>
          <w:b w:val="0"/>
          <w:sz w:val="28"/>
          <w:u w:val="none"/>
          <w:rtl/>
          <w:szCs w:val="28"/>
        </w:rPr>
        <w:t xml:space="preserve">כַּדּוּר </w:t>
      </w:r>
      <w:r>
        <w:rPr>
          <w:rFonts w:ascii="Arial" w:hAnsi="Arial" w:cs="Arial"/>
          <w:b w:val="0"/>
          <w:sz w:val="28"/>
          <w:u w:val="single"/>
          <w:rtl/>
          <w:szCs w:val="28"/>
        </w:rPr>
        <w:t>_</w:t>
      </w:r>
      <w:r>
        <w:rPr>
          <w:rFonts w:ascii="Arial" w:hAnsi="Arial" w:cs="Arial"/>
          <w:b w:val="0"/>
          <w:sz w:val="28"/>
          <w:u w:val="single"/>
          <w:rtl/>
          <w:szCs w:val="28"/>
        </w:rPr>
        <w:t>_</w:t>
      </w:r>
      <w:r>
        <w:rPr>
          <w:rFonts w:ascii="Arial" w:hAnsi="Arial" w:cs="Arial"/>
          <w:b w:val="0"/>
          <w:sz w:val="28"/>
          <w:u w:val="single"/>
          <w:rtl/>
          <w:szCs w:val="28"/>
        </w:rPr>
        <w:t>_</w:t>
      </w:r>
      <w:r>
        <w:rPr>
          <w:rFonts w:ascii="Arial" w:hAnsi="Arial" w:cs="Arial"/>
          <w:b w:val="0"/>
          <w:sz w:val="28"/>
          <w:u w:val="none"/>
          <w:rtl/>
          <w:szCs w:val="28"/>
        </w:rPr>
        <w:t>.</w:t>
      </w:r>
    </w:p>
    <w:p>
      <w:pPr>
        <w:bidi/>
        <w:spacing w:after="80" w:before="0"/>
        <w:jc w:val="right"/>
      </w:pPr>
      <w:r>
        <w:rPr>
          <w:rFonts w:ascii="Arial" w:hAnsi="Arial" w:cs="Arial"/>
          <w:b w:val="0"/>
          <w:sz w:val="28"/>
          <w:u w:val="none"/>
          <w:rtl/>
          <w:szCs w:val="28"/>
        </w:rPr>
        <w:t xml:space="preserve">מְכוֹנִית </w:t>
      </w:r>
      <w:r>
        <w:rPr>
          <w:rFonts w:ascii="Arial" w:hAnsi="Arial" w:cs="Arial"/>
          <w:b w:val="0"/>
          <w:sz w:val="28"/>
          <w:u w:val="single"/>
          <w:rtl/>
          <w:szCs w:val="28"/>
        </w:rPr>
        <w:t>_</w:t>
      </w:r>
      <w:r>
        <w:rPr>
          <w:rFonts w:ascii="Arial" w:hAnsi="Arial" w:cs="Arial"/>
          <w:b w:val="0"/>
          <w:sz w:val="28"/>
          <w:u w:val="single"/>
          <w:rtl/>
          <w:szCs w:val="28"/>
        </w:rPr>
        <w:t>_</w:t>
      </w:r>
      <w:r>
        <w:rPr>
          <w:rFonts w:ascii="Arial" w:hAnsi="Arial" w:cs="Arial"/>
          <w:b w:val="0"/>
          <w:sz w:val="28"/>
          <w:u w:val="single"/>
          <w:rtl/>
          <w:szCs w:val="28"/>
        </w:rPr>
        <w:t>_</w:t>
      </w:r>
      <w:r>
        <w:rPr>
          <w:rFonts w:ascii="Arial" w:hAnsi="Arial" w:cs="Arial"/>
          <w:b w:val="0"/>
          <w:sz w:val="28"/>
          <w:u w:val="none"/>
          <w:rtl/>
          <w:szCs w:val="28"/>
        </w:rPr>
        <w:t>.</w:t>
      </w:r>
    </w:p>
    <w:p>
      <w:pPr>
        <w:bidi/>
        <w:spacing w:after="80" w:before="0"/>
        <w:jc w:val="right"/>
      </w:pPr>
    </w:p>
    <w:p>
      <w:pPr>
        <w:bidi/>
        <w:spacing w:after="60" w:before="0"/>
        <w:jc w:val="right"/>
      </w:pPr>
      <w:r>
        <w:rPr>
          <w:rFonts w:ascii="Arial" w:hAnsi="Arial" w:cs="Arial"/>
          <w:b/>
          <w:sz w:val="28"/>
          <w:u w:val="none"/>
          <w:rtl/>
          <w:bCs/>
          <w:szCs w:val="28"/>
        </w:rPr>
        <w:t>3.</w:t>
      </w:r>
      <w:r>
        <w:rPr>
          <w:rFonts w:ascii="Arial" w:hAnsi="Arial" w:cs="Arial"/>
          <w:b/>
          <w:sz w:val="28"/>
          <w:u w:val="none"/>
          <w:rtl/>
          <w:bCs/>
          <w:szCs w:val="28"/>
        </w:rPr>
        <w:t xml:space="preserve"> צִיְּרוּ "כַּדּוּר גָּדוֹל" וְ"כַּדּוּר רֶגֶל". מָה הַהֶבְדֵּל?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206"/>
      </w:tblGrid>
      <w:tr>
        <w:tc>
          <w:tcPr>
            <w:tcW w:type="dxa" w:w="10206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4"/>
                <w:u w:val="none"/>
                <w:rtl/>
                <w:szCs w:val="24"/>
              </w:rPr>
              <w:br/>
              <w:br/>
              <w:br/>
              <w:br/>
              <w:br/>
              <w:br/>
              <w:br/>
            </w:r>
          </w:p>
        </w:tc>
      </w:tr>
    </w:tbl>
    <w:p>
      <w:pPr>
        <w:bidi/>
        <w:spacing w:after="120" w:before="0"/>
        <w:jc w:val="right"/>
      </w:pP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</w:r>
    </w:p>
    <w:p>
      <w:pPr>
        <w:bidi/>
        <w:spacing w:after="80" w:before="0"/>
        <w:jc w:val="right"/>
      </w:pP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206"/>
      </w:tblGrid>
      <w:tr>
        <w:tc>
          <w:tcPr>
            <w:tcW w:type="dxa" w:w="10206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color w:val="555555"/>
                <w:sz w:val="20"/>
                <w:u w:val="none"/>
                <w:rtl/>
                <w:szCs w:val="20"/>
              </w:rPr>
              <w:t>✂ - - - - - - - - - - - - - - - - - - - - - - - - - - - - - - -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/>
                <w:color w:val="C0392B"/>
                <w:sz w:val="28"/>
                <w:u w:val="none"/>
                <w:rtl/>
                <w:bCs/>
                <w:szCs w:val="28"/>
              </w:rPr>
              <w:t>כַּרְטִיס יְצִיאָה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8"/>
                <w:u w:val="none"/>
                <w:rtl/>
                <w:szCs w:val="28"/>
              </w:rPr>
              <w:t>שְׁתֵּי מִלִּים – דָּבָר אֶחָד: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color w:val="9AA3AD"/>
                <w:sz w:val="20"/>
                <w:u w:val="none"/>
                <w:rtl/>
                <w:szCs w:val="20"/>
              </w:rPr>
              <w:t>______________________________________________________________________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8"/>
                <w:u w:val="none"/>
                <w:rtl/>
                <w:szCs w:val="28"/>
              </w:rPr>
              <w:t>😀 🙂 😐 (הִקִּיפוּ)</w:t>
            </w:r>
          </w:p>
        </w:tc>
      </w:tr>
    </w:tbl>
    <w:p>
      <w:pPr>
        <w:bidi/>
        <w:spacing w:after="80" w:before="0"/>
        <w:jc w:val="right"/>
      </w:pPr>
    </w:p>
    <w:p>
      <w:pPr>
        <w:bidi/>
        <w:spacing w:after="80" w:before="0"/>
        <w:jc w:val="right"/>
      </w:pPr>
    </w:p>
    <w:p>
      <w:pPr>
        <w:bidi/>
        <w:spacing w:after="80" w:before="0"/>
        <w:jc w:val="center"/>
      </w:pPr>
      <w:r>
        <w:rPr>
          <w:rFonts w:ascii="Arial" w:hAnsi="Arial" w:cs="Arial"/>
          <w:b w:val="0"/>
          <w:color w:val="666666"/>
          <w:sz w:val="20"/>
          <w:u w:val="none"/>
          <w:rtl/>
          <w:szCs w:val="20"/>
        </w:rPr>
        <w:t>יצרה: רוית ראש בן ישי</w:t>
      </w:r>
    </w:p>
    <w:sectPr w:rsidR="00FC693F" w:rsidRPr="0006063C" w:rsidSect="00034616">
      <w:footerReference w:type="default" r:id="rId9"/>
      <w:pgSz w:w="11906" w:h="16838"/>
      <w:pgMar w:top="794" w:right="850" w:bottom="794" w:left="85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jc w:val="center"/>
    </w:pPr>
    <w:r>
      <w:rPr>
        <w:rFonts w:ascii="Arial" w:hAnsi="Arial" w:cs="Arial"/>
        <w:b w:val="0"/>
        <w:color w:val="666666"/>
        <w:sz w:val="18"/>
        <w:u w:val="none"/>
        <w:rtl/>
        <w:szCs w:val="18"/>
      </w:rPr>
      <w:t>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